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160EA" w14:textId="4670AA28" w:rsidR="00CB6E83" w:rsidRPr="001D4A32" w:rsidRDefault="00C42880" w:rsidP="00CB6E83">
      <w:pPr>
        <w:jc w:val="center"/>
        <w:rPr>
          <w:i/>
          <w:sz w:val="18"/>
        </w:rPr>
      </w:pPr>
      <w:r>
        <w:rPr>
          <w:i/>
          <w:sz w:val="18"/>
        </w:rPr>
        <w:t xml:space="preserve">Insertar foto </w:t>
      </w:r>
    </w:p>
    <w:p w14:paraId="486C81BB" w14:textId="3F25FEBE" w:rsidR="00CB6E83" w:rsidRPr="001D4A32" w:rsidRDefault="00000000" w:rsidP="006F0977">
      <w:pPr>
        <w:tabs>
          <w:tab w:val="left" w:pos="1335"/>
        </w:tabs>
        <w:jc w:val="center"/>
        <w:rPr>
          <w:i/>
          <w:sz w:val="18"/>
        </w:rPr>
      </w:pPr>
      <w:sdt>
        <w:sdtPr>
          <w:rPr>
            <w:i/>
            <w:sz w:val="18"/>
          </w:rPr>
          <w:id w:val="1695961953"/>
          <w:showingPlcHdr/>
          <w:picture/>
        </w:sdtPr>
        <w:sdtContent>
          <w:r w:rsidR="00277F8A" w:rsidRPr="001D4A32">
            <w:rPr>
              <w:i/>
              <w:noProof/>
              <w:sz w:val="18"/>
            </w:rPr>
            <w:drawing>
              <wp:inline distT="0" distB="0" distL="0" distR="0" wp14:anchorId="04A9831D" wp14:editId="06678FEF">
                <wp:extent cx="1440000" cy="1440000"/>
                <wp:effectExtent l="0" t="0" r="8255" b="8255"/>
                <wp:docPr id="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0" cy="14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tbl>
      <w:tblPr>
        <w:tblW w:w="0" w:type="auto"/>
        <w:tblLook w:val="04A0" w:firstRow="1" w:lastRow="0" w:firstColumn="1" w:lastColumn="0" w:noHBand="0" w:noVBand="1"/>
      </w:tblPr>
      <w:tblGrid>
        <w:gridCol w:w="5213"/>
        <w:gridCol w:w="5213"/>
      </w:tblGrid>
      <w:tr w:rsidR="00134AB8" w:rsidRPr="001D4A32" w14:paraId="1D0D3680" w14:textId="77777777" w:rsidTr="00C42880">
        <w:trPr>
          <w:trHeight w:val="263"/>
        </w:trPr>
        <w:tc>
          <w:tcPr>
            <w:tcW w:w="10426" w:type="dxa"/>
            <w:gridSpan w:val="2"/>
            <w:shd w:val="clear" w:color="auto" w:fill="FFF2CC"/>
            <w:vAlign w:val="center"/>
          </w:tcPr>
          <w:p w14:paraId="6C79F086" w14:textId="77777777" w:rsidR="00134AB8" w:rsidRPr="001D4A32" w:rsidRDefault="00000000">
            <w:r w:rsidRPr="001D4A32">
              <w:rPr>
                <w:b/>
              </w:rPr>
              <w:t>IMPORTANTE: FAVOR DILIGENCIAR EL PRESENTE FORMULARIO EN MAYÚSCULAS.</w:t>
            </w:r>
          </w:p>
        </w:tc>
      </w:tr>
      <w:tr w:rsidR="00134AB8" w:rsidRPr="001D4A32" w14:paraId="189066FA" w14:textId="77777777">
        <w:tblPrEx>
          <w:jc w:val="center"/>
        </w:tblPrEx>
        <w:trPr>
          <w:jc w:val="center"/>
        </w:trPr>
        <w:tc>
          <w:tcPr>
            <w:tcW w:w="5213" w:type="dxa"/>
            <w:shd w:val="clear" w:color="auto" w:fill="F2F2F2"/>
            <w:vAlign w:val="center"/>
          </w:tcPr>
          <w:p w14:paraId="1EF07CAE" w14:textId="10144A97" w:rsidR="00134AB8" w:rsidRPr="001D4A32" w:rsidRDefault="00000000">
            <w:r w:rsidRPr="008B4C43">
              <w:rPr>
                <w:b/>
                <w:sz w:val="20"/>
                <w:szCs w:val="24"/>
              </w:rPr>
              <w:t>Fecha</w:t>
            </w:r>
          </w:p>
        </w:tc>
        <w:tc>
          <w:tcPr>
            <w:tcW w:w="5213" w:type="dxa"/>
            <w:vAlign w:val="center"/>
          </w:tcPr>
          <w:p w14:paraId="0AEBF130" w14:textId="6D227B5B" w:rsidR="00134AB8" w:rsidRPr="001D4A32" w:rsidRDefault="00000000">
            <w:r w:rsidRPr="001D4A32">
              <w:rPr>
                <w:sz w:val="18"/>
              </w:rPr>
              <w:t xml:space="preserve">Día: </w:t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 xml:space="preserve"> </w:t>
            </w:r>
            <w:r w:rsidRPr="001D4A32">
              <w:rPr>
                <w:sz w:val="18"/>
              </w:rPr>
              <w:t xml:space="preserve">Mes: </w:t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 xml:space="preserve"> </w:t>
            </w:r>
            <w:r w:rsidRPr="001D4A32">
              <w:rPr>
                <w:sz w:val="18"/>
              </w:rPr>
              <w:t>Año:</w:t>
            </w:r>
            <w:r w:rsidR="00CB6E83" w:rsidRPr="001D4A32">
              <w:rPr>
                <w:sz w:val="18"/>
              </w:rPr>
              <w:t xml:space="preserve"> </w:t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A1026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4A485E" w:rsidRPr="001D4A32" w14:paraId="49B81193" w14:textId="77777777">
        <w:tblPrEx>
          <w:jc w:val="center"/>
        </w:tblPrEx>
        <w:trPr>
          <w:gridAfter w:val="1"/>
          <w:wAfter w:w="5213" w:type="dxa"/>
          <w:jc w:val="center"/>
        </w:trPr>
        <w:tc>
          <w:tcPr>
            <w:tcW w:w="5213" w:type="dxa"/>
            <w:vAlign w:val="center"/>
          </w:tcPr>
          <w:p w14:paraId="3D5D9208" w14:textId="77777777" w:rsidR="004A485E" w:rsidRPr="00C42880" w:rsidRDefault="004A485E">
            <w:pPr>
              <w:rPr>
                <w:sz w:val="6"/>
                <w:szCs w:val="10"/>
              </w:rPr>
            </w:pPr>
          </w:p>
        </w:tc>
      </w:tr>
      <w:tr w:rsidR="00134AB8" w:rsidRPr="001D4A32" w14:paraId="6EC55B90" w14:textId="77777777">
        <w:tblPrEx>
          <w:jc w:val="center"/>
        </w:tblPrEx>
        <w:trPr>
          <w:jc w:val="center"/>
        </w:trPr>
        <w:tc>
          <w:tcPr>
            <w:tcW w:w="10426" w:type="dxa"/>
            <w:gridSpan w:val="2"/>
            <w:shd w:val="clear" w:color="auto" w:fill="D9EAF7"/>
            <w:vAlign w:val="center"/>
          </w:tcPr>
          <w:p w14:paraId="76CB428F" w14:textId="77777777" w:rsidR="00134AB8" w:rsidRPr="001D4A32" w:rsidRDefault="00000000">
            <w:r w:rsidRPr="001D4A32">
              <w:rPr>
                <w:b/>
                <w:sz w:val="21"/>
              </w:rPr>
              <w:t>1. INFORMACIÓN PERSONAL</w:t>
            </w:r>
          </w:p>
        </w:tc>
      </w:tr>
    </w:tbl>
    <w:p w14:paraId="245687A5" w14:textId="77777777" w:rsidR="00134AB8" w:rsidRPr="001D4A32" w:rsidRDefault="00134AB8">
      <w:pPr>
        <w:spacing w:after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9"/>
        <w:gridCol w:w="7657"/>
      </w:tblGrid>
      <w:tr w:rsidR="00134AB8" w:rsidRPr="001D4A32" w14:paraId="54CB6BA4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269E80D0" w14:textId="77777777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b/>
                <w:sz w:val="20"/>
                <w:szCs w:val="20"/>
              </w:rPr>
              <w:t>Nombre</w:t>
            </w:r>
          </w:p>
        </w:tc>
        <w:tc>
          <w:tcPr>
            <w:tcW w:w="7657" w:type="dxa"/>
            <w:vAlign w:val="center"/>
          </w:tcPr>
          <w:p w14:paraId="29C0640F" w14:textId="7595E37D" w:rsidR="00134AB8" w:rsidRPr="001D4A32" w:rsidRDefault="001D4A32" w:rsidP="00DE2CC7">
            <w:pPr>
              <w:spacing w:after="0"/>
              <w:rPr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0" w:name="Texto19"/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bookmarkEnd w:id="0"/>
          </w:p>
        </w:tc>
      </w:tr>
      <w:tr w:rsidR="00C42880" w:rsidRPr="001D4A32" w14:paraId="018F0CAF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11B97EED" w14:textId="35B02A42" w:rsidR="00C42880" w:rsidRPr="001D4A32" w:rsidRDefault="00C42880" w:rsidP="00DE2CC7"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Apellidos</w:t>
            </w:r>
          </w:p>
        </w:tc>
        <w:tc>
          <w:tcPr>
            <w:tcW w:w="7657" w:type="dxa"/>
            <w:vAlign w:val="center"/>
          </w:tcPr>
          <w:p w14:paraId="1446F76F" w14:textId="56E582AE" w:rsidR="00C42880" w:rsidRDefault="00C42880" w:rsidP="00DE2CC7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68265112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5FCECBFE" w14:textId="77777777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b/>
                <w:sz w:val="20"/>
                <w:szCs w:val="20"/>
              </w:rPr>
              <w:t>Documento</w:t>
            </w:r>
          </w:p>
        </w:tc>
        <w:tc>
          <w:tcPr>
            <w:tcW w:w="7657" w:type="dxa"/>
            <w:vAlign w:val="center"/>
          </w:tcPr>
          <w:p w14:paraId="1B74BA93" w14:textId="430B3F32" w:rsidR="00134AB8" w:rsidRPr="001D4A32" w:rsidRDefault="00067915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sz w:val="20"/>
                <w:szCs w:val="20"/>
              </w:rPr>
              <w:t xml:space="preserve">C.C.   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sz w:val="20"/>
                <w:szCs w:val="20"/>
              </w:rPr>
              <w:t xml:space="preserve">T.I.   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sz w:val="20"/>
                <w:szCs w:val="20"/>
              </w:rPr>
              <w:t xml:space="preserve">C.E.     No.: 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 xml:space="preserve">         </w:t>
            </w:r>
            <w:r w:rsidR="001D4A32" w:rsidRPr="001D4A32">
              <w:rPr>
                <w:b/>
                <w:sz w:val="20"/>
                <w:szCs w:val="20"/>
              </w:rPr>
              <w:t xml:space="preserve">Sexo 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="001D4A32" w:rsidRPr="001D4A32">
              <w:rPr>
                <w:sz w:val="20"/>
                <w:szCs w:val="20"/>
              </w:rPr>
              <w:t xml:space="preserve"> M   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="001D4A32" w:rsidRPr="001D4A32">
              <w:rPr>
                <w:sz w:val="20"/>
                <w:szCs w:val="20"/>
              </w:rPr>
              <w:t xml:space="preserve"> F</w:t>
            </w:r>
          </w:p>
        </w:tc>
      </w:tr>
      <w:tr w:rsidR="00134AB8" w:rsidRPr="001D4A32" w14:paraId="1F7942BE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2856B60E" w14:textId="77777777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b/>
                <w:sz w:val="20"/>
                <w:szCs w:val="20"/>
              </w:rPr>
              <w:t>Fecha de nacimiento</w:t>
            </w:r>
          </w:p>
        </w:tc>
        <w:tc>
          <w:tcPr>
            <w:tcW w:w="7657" w:type="dxa"/>
            <w:vAlign w:val="center"/>
          </w:tcPr>
          <w:p w14:paraId="21930025" w14:textId="4D17B88C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sz w:val="20"/>
                <w:szCs w:val="20"/>
              </w:rPr>
              <w:t xml:space="preserve">Día: 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sz w:val="20"/>
                <w:szCs w:val="20"/>
              </w:rPr>
              <w:t xml:space="preserve">   Mes: 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sz w:val="20"/>
                <w:szCs w:val="20"/>
              </w:rPr>
              <w:t xml:space="preserve">   Año: 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34980888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0A022873" w14:textId="77777777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b/>
                <w:sz w:val="20"/>
                <w:szCs w:val="20"/>
              </w:rPr>
              <w:t>Lugar de nacimiento</w:t>
            </w:r>
          </w:p>
        </w:tc>
        <w:tc>
          <w:tcPr>
            <w:tcW w:w="7657" w:type="dxa"/>
            <w:vAlign w:val="center"/>
          </w:tcPr>
          <w:p w14:paraId="0FD68AD0" w14:textId="4DE58642" w:rsidR="00134AB8" w:rsidRPr="001D4A32" w:rsidRDefault="001D4A32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 xml:space="preserve">                                  </w:t>
            </w:r>
            <w:r w:rsidRPr="001D4A32">
              <w:rPr>
                <w:b/>
                <w:sz w:val="20"/>
                <w:szCs w:val="20"/>
              </w:rPr>
              <w:t xml:space="preserve">País de Nacimiento 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65D051AA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65EC4EC2" w14:textId="77777777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b/>
                <w:sz w:val="20"/>
                <w:szCs w:val="20"/>
              </w:rPr>
              <w:t>Grupo sanguíneo / RH</w:t>
            </w:r>
          </w:p>
        </w:tc>
        <w:tc>
          <w:tcPr>
            <w:tcW w:w="7657" w:type="dxa"/>
            <w:vAlign w:val="center"/>
          </w:tcPr>
          <w:p w14:paraId="359665E8" w14:textId="6D1EFA60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sz w:val="20"/>
                <w:szCs w:val="20"/>
              </w:rPr>
              <w:t xml:space="preserve">Grupo: 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sz w:val="20"/>
                <w:szCs w:val="20"/>
              </w:rPr>
              <w:t xml:space="preserve">  RH: 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2BBEA61A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03D9E58A" w14:textId="77777777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b/>
                <w:sz w:val="20"/>
                <w:szCs w:val="20"/>
              </w:rPr>
              <w:t>Dirección</w:t>
            </w:r>
          </w:p>
        </w:tc>
        <w:tc>
          <w:tcPr>
            <w:tcW w:w="7657" w:type="dxa"/>
            <w:vAlign w:val="center"/>
          </w:tcPr>
          <w:p w14:paraId="59479F7F" w14:textId="1431EDB1" w:rsidR="00134AB8" w:rsidRPr="001D4A32" w:rsidRDefault="001D4A32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 xml:space="preserve">                                                            </w:t>
            </w:r>
            <w:r w:rsidRPr="001D4A32">
              <w:rPr>
                <w:b/>
                <w:sz w:val="20"/>
                <w:szCs w:val="20"/>
              </w:rPr>
              <w:t xml:space="preserve">Ciudad/Municipio  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7B95870C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7B063355" w14:textId="77777777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b/>
                <w:sz w:val="20"/>
                <w:szCs w:val="20"/>
              </w:rPr>
              <w:t>Teléfono / Celular</w:t>
            </w:r>
          </w:p>
        </w:tc>
        <w:tc>
          <w:tcPr>
            <w:tcW w:w="7657" w:type="dxa"/>
            <w:vAlign w:val="center"/>
          </w:tcPr>
          <w:p w14:paraId="37EC340C" w14:textId="1A92BB03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sz w:val="20"/>
                <w:szCs w:val="20"/>
              </w:rPr>
              <w:t xml:space="preserve">Teléfono: 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sz w:val="20"/>
                <w:szCs w:val="20"/>
              </w:rPr>
              <w:t xml:space="preserve">  Celular: 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55949E14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326ADDA2" w14:textId="77777777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b/>
                <w:sz w:val="20"/>
                <w:szCs w:val="20"/>
              </w:rPr>
              <w:t>Email institucional</w:t>
            </w:r>
          </w:p>
        </w:tc>
        <w:tc>
          <w:tcPr>
            <w:tcW w:w="7657" w:type="dxa"/>
            <w:vAlign w:val="center"/>
          </w:tcPr>
          <w:p w14:paraId="48C55682" w14:textId="0A1D223B" w:rsidR="00134AB8" w:rsidRPr="001D4A32" w:rsidRDefault="001D4A32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7CCE70BC" w14:textId="77777777" w:rsidTr="00067915">
        <w:trPr>
          <w:trHeight w:val="510"/>
          <w:jc w:val="center"/>
        </w:trPr>
        <w:tc>
          <w:tcPr>
            <w:tcW w:w="2759" w:type="dxa"/>
            <w:vAlign w:val="center"/>
          </w:tcPr>
          <w:p w14:paraId="418151D6" w14:textId="77777777" w:rsidR="00134AB8" w:rsidRPr="001D4A32" w:rsidRDefault="00000000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b/>
                <w:sz w:val="20"/>
                <w:szCs w:val="20"/>
              </w:rPr>
              <w:t>Email personal</w:t>
            </w:r>
          </w:p>
        </w:tc>
        <w:tc>
          <w:tcPr>
            <w:tcW w:w="7657" w:type="dxa"/>
            <w:vAlign w:val="center"/>
          </w:tcPr>
          <w:p w14:paraId="192D6027" w14:textId="1AB6F77F" w:rsidR="00134AB8" w:rsidRPr="001D4A32" w:rsidRDefault="001D4A32" w:rsidP="00DE2CC7">
            <w:pPr>
              <w:spacing w:after="0"/>
              <w:rPr>
                <w:sz w:val="20"/>
                <w:szCs w:val="20"/>
              </w:rPr>
            </w:pP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> </w:t>
            </w:r>
            <w:r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007B9E9F" w14:textId="77777777" w:rsidR="001D4A32" w:rsidRDefault="001D4A32">
      <w:pPr>
        <w:jc w:val="right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34AB8" w:rsidRPr="001D4A32" w14:paraId="5F984B5A" w14:textId="77777777">
        <w:trPr>
          <w:jc w:val="center"/>
        </w:trPr>
        <w:tc>
          <w:tcPr>
            <w:tcW w:w="10426" w:type="dxa"/>
            <w:shd w:val="clear" w:color="auto" w:fill="D9EAF7"/>
            <w:vAlign w:val="center"/>
          </w:tcPr>
          <w:p w14:paraId="0D2F0325" w14:textId="77777777" w:rsidR="00134AB8" w:rsidRPr="001D4A32" w:rsidRDefault="00000000">
            <w:r w:rsidRPr="001D4A32">
              <w:rPr>
                <w:b/>
                <w:sz w:val="21"/>
              </w:rPr>
              <w:lastRenderedPageBreak/>
              <w:t>2. INFORMACIÓN ACADÉMICA</w:t>
            </w:r>
          </w:p>
        </w:tc>
      </w:tr>
    </w:tbl>
    <w:p w14:paraId="708F9C46" w14:textId="77777777" w:rsidR="00134AB8" w:rsidRPr="00C42880" w:rsidRDefault="00134AB8">
      <w:pPr>
        <w:spacing w:after="0"/>
        <w:rPr>
          <w:sz w:val="14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2"/>
        <w:gridCol w:w="6024"/>
      </w:tblGrid>
      <w:tr w:rsidR="00134AB8" w:rsidRPr="001D4A32" w14:paraId="0A8D6187" w14:textId="77777777" w:rsidTr="00067915">
        <w:trPr>
          <w:trHeight w:val="454"/>
          <w:jc w:val="center"/>
        </w:trPr>
        <w:tc>
          <w:tcPr>
            <w:tcW w:w="4395" w:type="dxa"/>
            <w:shd w:val="clear" w:color="auto" w:fill="F2F2F2"/>
            <w:vAlign w:val="center"/>
          </w:tcPr>
          <w:p w14:paraId="506B2ECD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IES* de origen</w:t>
            </w:r>
          </w:p>
        </w:tc>
        <w:tc>
          <w:tcPr>
            <w:tcW w:w="6031" w:type="dxa"/>
            <w:vAlign w:val="center"/>
          </w:tcPr>
          <w:p w14:paraId="3AEF549A" w14:textId="12984D91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74D08086" w14:textId="77777777" w:rsidTr="00067915">
        <w:trPr>
          <w:trHeight w:val="454"/>
          <w:jc w:val="center"/>
        </w:trPr>
        <w:tc>
          <w:tcPr>
            <w:tcW w:w="4395" w:type="dxa"/>
            <w:shd w:val="clear" w:color="auto" w:fill="F2F2F2"/>
            <w:vAlign w:val="center"/>
          </w:tcPr>
          <w:p w14:paraId="6CE339C1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Sede</w:t>
            </w:r>
          </w:p>
        </w:tc>
        <w:tc>
          <w:tcPr>
            <w:tcW w:w="6031" w:type="dxa"/>
            <w:vAlign w:val="center"/>
          </w:tcPr>
          <w:p w14:paraId="642B866A" w14:textId="5A475643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14F2532D" w14:textId="77777777" w:rsidTr="00067915">
        <w:trPr>
          <w:trHeight w:val="454"/>
          <w:jc w:val="center"/>
        </w:trPr>
        <w:tc>
          <w:tcPr>
            <w:tcW w:w="4395" w:type="dxa"/>
            <w:shd w:val="clear" w:color="auto" w:fill="F2F2F2"/>
            <w:vAlign w:val="center"/>
          </w:tcPr>
          <w:p w14:paraId="7DDF83B8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Programa</w:t>
            </w:r>
          </w:p>
        </w:tc>
        <w:tc>
          <w:tcPr>
            <w:tcW w:w="6031" w:type="dxa"/>
            <w:vAlign w:val="center"/>
          </w:tcPr>
          <w:p w14:paraId="02CD318B" w14:textId="5A7382E6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7AD15FE4" w14:textId="77777777" w:rsidTr="00067915">
        <w:trPr>
          <w:trHeight w:val="454"/>
          <w:jc w:val="center"/>
        </w:trPr>
        <w:tc>
          <w:tcPr>
            <w:tcW w:w="4395" w:type="dxa"/>
            <w:shd w:val="clear" w:color="auto" w:fill="F2F2F2"/>
            <w:vAlign w:val="center"/>
          </w:tcPr>
          <w:p w14:paraId="2F6DA93D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Facultad/Departamento</w:t>
            </w:r>
          </w:p>
        </w:tc>
        <w:tc>
          <w:tcPr>
            <w:tcW w:w="6031" w:type="dxa"/>
            <w:vAlign w:val="center"/>
          </w:tcPr>
          <w:p w14:paraId="1D024302" w14:textId="2CD23B27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16DAA6E1" w14:textId="77777777" w:rsidTr="00067915">
        <w:trPr>
          <w:trHeight w:val="454"/>
          <w:jc w:val="center"/>
        </w:trPr>
        <w:tc>
          <w:tcPr>
            <w:tcW w:w="4395" w:type="dxa"/>
            <w:shd w:val="clear" w:color="auto" w:fill="F2F2F2"/>
            <w:vAlign w:val="center"/>
          </w:tcPr>
          <w:p w14:paraId="4D58A88F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Código del estudiante</w:t>
            </w:r>
          </w:p>
        </w:tc>
        <w:tc>
          <w:tcPr>
            <w:tcW w:w="6031" w:type="dxa"/>
            <w:vAlign w:val="center"/>
          </w:tcPr>
          <w:p w14:paraId="5D47642B" w14:textId="2994C756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51CB8CFA" w14:textId="77777777" w:rsidTr="00067915">
        <w:trPr>
          <w:trHeight w:val="454"/>
          <w:jc w:val="center"/>
        </w:trPr>
        <w:tc>
          <w:tcPr>
            <w:tcW w:w="4395" w:type="dxa"/>
            <w:shd w:val="clear" w:color="auto" w:fill="F2F2F2"/>
            <w:vAlign w:val="center"/>
          </w:tcPr>
          <w:p w14:paraId="5D40D6BC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Semestre / Período académico</w:t>
            </w:r>
          </w:p>
        </w:tc>
        <w:tc>
          <w:tcPr>
            <w:tcW w:w="6031" w:type="dxa"/>
            <w:vAlign w:val="center"/>
          </w:tcPr>
          <w:p w14:paraId="1B7AD1B3" w14:textId="5F062707" w:rsidR="00134AB8" w:rsidRPr="001D4A32" w:rsidRDefault="00000000" w:rsidP="00067915">
            <w:pPr>
              <w:spacing w:after="0"/>
            </w:pPr>
            <w:r w:rsidRPr="001D4A32">
              <w:rPr>
                <w:sz w:val="18"/>
              </w:rPr>
              <w:t xml:space="preserve">Semestre: </w:t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="001D4A32" w:rsidRP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 xml:space="preserve"> </w:t>
            </w:r>
            <w:r w:rsidRPr="001D4A32">
              <w:rPr>
                <w:sz w:val="18"/>
              </w:rPr>
              <w:t xml:space="preserve">Período: </w:t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1D4A32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0210CA10" w14:textId="77777777" w:rsidTr="00067915">
        <w:trPr>
          <w:trHeight w:val="454"/>
          <w:jc w:val="center"/>
        </w:trPr>
        <w:tc>
          <w:tcPr>
            <w:tcW w:w="4395" w:type="dxa"/>
            <w:shd w:val="clear" w:color="auto" w:fill="F2F2F2"/>
            <w:vAlign w:val="center"/>
          </w:tcPr>
          <w:p w14:paraId="08EC4191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Promedio acumulado</w:t>
            </w:r>
          </w:p>
        </w:tc>
        <w:tc>
          <w:tcPr>
            <w:tcW w:w="6031" w:type="dxa"/>
            <w:vAlign w:val="center"/>
          </w:tcPr>
          <w:p w14:paraId="6A9C1CFB" w14:textId="7CB166AE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3C1E6B5D" w14:textId="77777777" w:rsidR="00134AB8" w:rsidRDefault="00134AB8">
      <w:pPr>
        <w:spacing w:after="0"/>
      </w:pPr>
    </w:p>
    <w:p w14:paraId="38CE739A" w14:textId="16B6FEAB" w:rsidR="008B4C43" w:rsidRPr="00C42880" w:rsidRDefault="008B4C43">
      <w:pPr>
        <w:spacing w:after="0"/>
        <w:rPr>
          <w:sz w:val="2"/>
          <w:szCs w:val="2"/>
        </w:rPr>
      </w:pPr>
      <w:r w:rsidRPr="008B4C43"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8B4C43" w:rsidRPr="001D4A32" w14:paraId="16D8747A" w14:textId="77777777" w:rsidTr="008B4C43">
        <w:trPr>
          <w:jc w:val="center"/>
        </w:trPr>
        <w:tc>
          <w:tcPr>
            <w:tcW w:w="10534" w:type="dxa"/>
            <w:shd w:val="clear" w:color="auto" w:fill="D9EAF7"/>
            <w:vAlign w:val="center"/>
          </w:tcPr>
          <w:p w14:paraId="63823FDA" w14:textId="6C8F63A7" w:rsidR="008B4C43" w:rsidRPr="001D4A32" w:rsidRDefault="008B4C43" w:rsidP="005555A6">
            <w:r>
              <w:rPr>
                <w:b/>
                <w:sz w:val="21"/>
              </w:rPr>
              <w:t>RESPONSABLE DE INTERCAMBIOS</w:t>
            </w:r>
          </w:p>
        </w:tc>
      </w:tr>
    </w:tbl>
    <w:p w14:paraId="3CA5C0BF" w14:textId="77777777" w:rsidR="008B4C43" w:rsidRPr="00C42880" w:rsidRDefault="008B4C43">
      <w:pPr>
        <w:spacing w:after="0"/>
        <w:rPr>
          <w:sz w:val="14"/>
          <w:szCs w:val="16"/>
        </w:rPr>
      </w:pPr>
    </w:p>
    <w:p w14:paraId="5774C47C" w14:textId="77777777" w:rsidR="008B4C43" w:rsidRPr="00C42880" w:rsidRDefault="008B4C43">
      <w:pPr>
        <w:spacing w:after="0"/>
        <w:rPr>
          <w:sz w:val="2"/>
          <w:szCs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8173"/>
      </w:tblGrid>
      <w:tr w:rsidR="00134AB8" w:rsidRPr="001D4A32" w14:paraId="4FC512B4" w14:textId="77777777" w:rsidTr="00067915">
        <w:trPr>
          <w:trHeight w:val="454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76099823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Nombre</w:t>
            </w:r>
          </w:p>
        </w:tc>
        <w:tc>
          <w:tcPr>
            <w:tcW w:w="8266" w:type="dxa"/>
            <w:vAlign w:val="center"/>
          </w:tcPr>
          <w:p w14:paraId="691E703F" w14:textId="2828EB7E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4799B21E" w14:textId="77777777" w:rsidTr="00067915">
        <w:trPr>
          <w:trHeight w:val="454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566B59DB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Teléfono</w:t>
            </w:r>
          </w:p>
        </w:tc>
        <w:tc>
          <w:tcPr>
            <w:tcW w:w="8266" w:type="dxa"/>
            <w:vAlign w:val="center"/>
          </w:tcPr>
          <w:p w14:paraId="6F6317EC" w14:textId="248E148F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5658D5FC" w14:textId="77777777" w:rsidTr="00067915">
        <w:trPr>
          <w:trHeight w:val="454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6E530CA0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Email</w:t>
            </w:r>
          </w:p>
        </w:tc>
        <w:tc>
          <w:tcPr>
            <w:tcW w:w="8266" w:type="dxa"/>
            <w:vAlign w:val="center"/>
          </w:tcPr>
          <w:p w14:paraId="03184D44" w14:textId="55EC846D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2E73E255" w14:textId="77777777" w:rsidTr="00067915">
        <w:trPr>
          <w:trHeight w:val="454"/>
          <w:jc w:val="center"/>
        </w:trPr>
        <w:tc>
          <w:tcPr>
            <w:tcW w:w="2268" w:type="dxa"/>
            <w:shd w:val="clear" w:color="auto" w:fill="F2F2F2"/>
            <w:vAlign w:val="center"/>
          </w:tcPr>
          <w:p w14:paraId="29160BCD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Firma</w:t>
            </w:r>
          </w:p>
        </w:tc>
        <w:sdt>
          <w:sdtPr>
            <w:rPr>
              <w:rFonts w:ascii="Tahoma" w:eastAsia="Times New Roman" w:hAnsi="Tahoma" w:cs="Tahoma"/>
              <w:sz w:val="20"/>
              <w:szCs w:val="20"/>
              <w:lang w:eastAsia="es-ES"/>
            </w:rPr>
            <w:id w:val="1679613245"/>
            <w:showingPlcHdr/>
            <w:picture/>
          </w:sdtPr>
          <w:sdtContent>
            <w:tc>
              <w:tcPr>
                <w:tcW w:w="8266" w:type="dxa"/>
                <w:vAlign w:val="center"/>
              </w:tcPr>
              <w:p w14:paraId="4DCF8D7D" w14:textId="2FACFCED" w:rsidR="008B4C43" w:rsidRPr="008B4C43" w:rsidRDefault="00C42880" w:rsidP="00067915">
                <w:pPr>
                  <w:spacing w:after="0"/>
                  <w:rPr>
                    <w:rFonts w:ascii="Tahoma" w:eastAsia="Times New Roman" w:hAnsi="Tahoma" w:cs="Tahoma"/>
                    <w:sz w:val="20"/>
                    <w:szCs w:val="20"/>
                    <w:lang w:eastAsia="es-ES"/>
                  </w:rPr>
                </w:pPr>
                <w:r>
                  <w:rPr>
                    <w:rFonts w:ascii="Tahoma" w:eastAsia="Times New Roman" w:hAnsi="Tahoma" w:cs="Tahoma"/>
                    <w:noProof/>
                    <w:sz w:val="20"/>
                    <w:szCs w:val="20"/>
                    <w:lang w:eastAsia="es-ES"/>
                  </w:rPr>
                  <w:drawing>
                    <wp:inline distT="0" distB="0" distL="0" distR="0" wp14:anchorId="67EDD1F9" wp14:editId="4A6C13B4">
                      <wp:extent cx="2090057" cy="304800"/>
                      <wp:effectExtent l="0" t="0" r="5715" b="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117429" cy="30879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2A363931" w14:textId="77777777" w:rsidR="00134AB8" w:rsidRPr="00C42880" w:rsidRDefault="00134AB8">
      <w:pPr>
        <w:spacing w:after="0"/>
        <w:rPr>
          <w:sz w:val="4"/>
          <w:szCs w:val="6"/>
        </w:rPr>
      </w:pPr>
    </w:p>
    <w:p w14:paraId="4964CC3C" w14:textId="77777777" w:rsidR="008B4C43" w:rsidRDefault="008B4C43">
      <w:pPr>
        <w:spacing w:after="0"/>
        <w:rPr>
          <w:sz w:val="8"/>
          <w:szCs w:val="10"/>
        </w:rPr>
      </w:pPr>
    </w:p>
    <w:p w14:paraId="4F538A1D" w14:textId="77777777" w:rsidR="00067915" w:rsidRDefault="00067915">
      <w:pPr>
        <w:spacing w:after="0"/>
        <w:rPr>
          <w:sz w:val="8"/>
          <w:szCs w:val="10"/>
        </w:rPr>
      </w:pPr>
    </w:p>
    <w:p w14:paraId="5F4E31E8" w14:textId="77777777" w:rsidR="00067915" w:rsidRPr="00C42880" w:rsidRDefault="00067915">
      <w:pPr>
        <w:spacing w:after="0"/>
        <w:rPr>
          <w:sz w:val="8"/>
          <w:szCs w:val="10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8B4C43" w:rsidRPr="001D4A32" w14:paraId="23B856D4" w14:textId="77777777" w:rsidTr="00C42880">
        <w:trPr>
          <w:trHeight w:val="247"/>
          <w:jc w:val="center"/>
        </w:trPr>
        <w:tc>
          <w:tcPr>
            <w:tcW w:w="10534" w:type="dxa"/>
            <w:shd w:val="clear" w:color="auto" w:fill="D9EAF7"/>
            <w:vAlign w:val="center"/>
          </w:tcPr>
          <w:p w14:paraId="0A601954" w14:textId="6F064B08" w:rsidR="008B4C43" w:rsidRPr="001D4A32" w:rsidRDefault="008B4C43" w:rsidP="005555A6">
            <w:r>
              <w:rPr>
                <w:b/>
                <w:sz w:val="21"/>
              </w:rPr>
              <w:t>RESPONSABLE ACADÉMICO</w:t>
            </w:r>
          </w:p>
        </w:tc>
      </w:tr>
    </w:tbl>
    <w:p w14:paraId="4C36027E" w14:textId="77777777" w:rsidR="008B4C43" w:rsidRPr="00C42880" w:rsidRDefault="008B4C43">
      <w:pPr>
        <w:spacing w:after="0"/>
        <w:rPr>
          <w:sz w:val="2"/>
          <w:szCs w:val="2"/>
        </w:rPr>
      </w:pPr>
    </w:p>
    <w:p w14:paraId="6875CDAB" w14:textId="77777777" w:rsidR="008B4C43" w:rsidRDefault="008B4C43">
      <w:pPr>
        <w:spacing w:after="0"/>
        <w:rPr>
          <w:sz w:val="12"/>
          <w:szCs w:val="14"/>
        </w:rPr>
      </w:pPr>
    </w:p>
    <w:p w14:paraId="6AC0E737" w14:textId="77777777" w:rsidR="00067915" w:rsidRPr="00C42880" w:rsidRDefault="00067915">
      <w:pPr>
        <w:spacing w:after="0"/>
        <w:rPr>
          <w:sz w:val="12"/>
          <w:szCs w:val="14"/>
        </w:rPr>
      </w:pPr>
    </w:p>
    <w:tbl>
      <w:tblPr>
        <w:tblW w:w="10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4"/>
        <w:gridCol w:w="8182"/>
      </w:tblGrid>
      <w:tr w:rsidR="00134AB8" w:rsidRPr="001D4A32" w14:paraId="4DAF560A" w14:textId="77777777" w:rsidTr="00067915">
        <w:trPr>
          <w:trHeight w:val="454"/>
          <w:jc w:val="center"/>
        </w:trPr>
        <w:tc>
          <w:tcPr>
            <w:tcW w:w="2244" w:type="dxa"/>
            <w:shd w:val="clear" w:color="auto" w:fill="F2F2F2"/>
            <w:vAlign w:val="center"/>
          </w:tcPr>
          <w:p w14:paraId="7D3CE7D6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Nombre</w:t>
            </w:r>
          </w:p>
        </w:tc>
        <w:tc>
          <w:tcPr>
            <w:tcW w:w="8172" w:type="dxa"/>
            <w:vAlign w:val="center"/>
          </w:tcPr>
          <w:p w14:paraId="2496F12F" w14:textId="1A2C2C9A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/>
                  <w:textInput>
                    <w:format w:val="UPPERCASE"/>
                  </w:textInput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7C92B9BD" w14:textId="77777777" w:rsidTr="00067915">
        <w:trPr>
          <w:trHeight w:val="454"/>
          <w:jc w:val="center"/>
        </w:trPr>
        <w:tc>
          <w:tcPr>
            <w:tcW w:w="2244" w:type="dxa"/>
            <w:shd w:val="clear" w:color="auto" w:fill="F2F2F2"/>
            <w:vAlign w:val="center"/>
          </w:tcPr>
          <w:p w14:paraId="5A849FCA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Teléfono</w:t>
            </w:r>
          </w:p>
        </w:tc>
        <w:tc>
          <w:tcPr>
            <w:tcW w:w="8172" w:type="dxa"/>
            <w:vAlign w:val="center"/>
          </w:tcPr>
          <w:p w14:paraId="2CF2E046" w14:textId="6F93344A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1AF0EE83" w14:textId="77777777" w:rsidTr="00067915">
        <w:trPr>
          <w:trHeight w:val="454"/>
          <w:jc w:val="center"/>
        </w:trPr>
        <w:tc>
          <w:tcPr>
            <w:tcW w:w="2244" w:type="dxa"/>
            <w:shd w:val="clear" w:color="auto" w:fill="F2F2F2"/>
            <w:vAlign w:val="center"/>
          </w:tcPr>
          <w:p w14:paraId="23EC7F79" w14:textId="77777777" w:rsidR="00134AB8" w:rsidRPr="001D4A32" w:rsidRDefault="00000000" w:rsidP="00067915">
            <w:pPr>
              <w:spacing w:after="0"/>
            </w:pPr>
            <w:r w:rsidRPr="001D4A32">
              <w:rPr>
                <w:b/>
                <w:sz w:val="18"/>
              </w:rPr>
              <w:t>Email</w:t>
            </w:r>
          </w:p>
        </w:tc>
        <w:tc>
          <w:tcPr>
            <w:tcW w:w="8172" w:type="dxa"/>
            <w:vAlign w:val="center"/>
          </w:tcPr>
          <w:p w14:paraId="42E30984" w14:textId="604E423F" w:rsidR="00134AB8" w:rsidRPr="001D4A32" w:rsidRDefault="001D4A32" w:rsidP="00067915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22359A74" w14:textId="77777777" w:rsidTr="00DE2CC7">
        <w:trPr>
          <w:jc w:val="center"/>
        </w:trPr>
        <w:tc>
          <w:tcPr>
            <w:tcW w:w="2244" w:type="dxa"/>
            <w:shd w:val="clear" w:color="auto" w:fill="F2F2F2"/>
            <w:vAlign w:val="center"/>
          </w:tcPr>
          <w:p w14:paraId="27FADE19" w14:textId="77777777" w:rsidR="00134AB8" w:rsidRPr="001D4A32" w:rsidRDefault="00000000">
            <w:r w:rsidRPr="001D4A32">
              <w:rPr>
                <w:b/>
                <w:sz w:val="18"/>
              </w:rPr>
              <w:t>Firma</w:t>
            </w:r>
          </w:p>
        </w:tc>
        <w:sdt>
          <w:sdtPr>
            <w:id w:val="-722205479"/>
            <w:showingPlcHdr/>
            <w:picture/>
          </w:sdtPr>
          <w:sdtContent>
            <w:tc>
              <w:tcPr>
                <w:tcW w:w="8172" w:type="dxa"/>
                <w:vAlign w:val="center"/>
              </w:tcPr>
              <w:p w14:paraId="5E273BFF" w14:textId="62FF6421" w:rsidR="00134AB8" w:rsidRPr="001D4A32" w:rsidRDefault="00C42880">
                <w:r>
                  <w:rPr>
                    <w:noProof/>
                  </w:rPr>
                  <w:drawing>
                    <wp:inline distT="0" distB="0" distL="0" distR="0" wp14:anchorId="7B773DA3" wp14:editId="087E309C">
                      <wp:extent cx="1905000" cy="314325"/>
                      <wp:effectExtent l="0" t="0" r="0" b="9525"/>
                      <wp:docPr id="4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314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5C1838" w:rsidRPr="001D4A32" w14:paraId="1D129B0E" w14:textId="77777777" w:rsidTr="00DE2C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426" w:type="dxa"/>
            <w:gridSpan w:val="2"/>
            <w:shd w:val="clear" w:color="auto" w:fill="D9EAF7"/>
            <w:vAlign w:val="center"/>
          </w:tcPr>
          <w:p w14:paraId="0C3309FB" w14:textId="36F7B286" w:rsidR="005C1838" w:rsidRPr="001D4A32" w:rsidRDefault="005C1838" w:rsidP="005555A6">
            <w:r w:rsidRPr="001D4A32">
              <w:lastRenderedPageBreak/>
              <w:br w:type="page"/>
            </w:r>
            <w:r>
              <w:rPr>
                <w:b/>
                <w:sz w:val="21"/>
              </w:rPr>
              <w:t>MOTIVACIÓN</w:t>
            </w:r>
          </w:p>
        </w:tc>
      </w:tr>
    </w:tbl>
    <w:p w14:paraId="4548D555" w14:textId="77777777" w:rsidR="005C1838" w:rsidRPr="001D4A32" w:rsidRDefault="005C1838">
      <w:pPr>
        <w:spacing w:after="0"/>
      </w:pPr>
    </w:p>
    <w:p w14:paraId="02BD3403" w14:textId="324C8891" w:rsidR="00134AB8" w:rsidRPr="001D4A32" w:rsidRDefault="00000000">
      <w:r w:rsidRPr="001D4A32">
        <w:t>Explique brevemente las razones por las cuales desea realizar la movilidad:</w:t>
      </w:r>
      <w:r w:rsidR="00C42880">
        <w:t xml:space="preserve"> </w:t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Texto19"/>
            <w:enabled/>
            <w:calcOnExit w:val="0"/>
            <w:textInput/>
          </w:ffData>
        </w:fldChar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34AB8" w:rsidRPr="001D4A32" w14:paraId="735C3447" w14:textId="77777777">
        <w:trPr>
          <w:jc w:val="center"/>
        </w:trPr>
        <w:tc>
          <w:tcPr>
            <w:tcW w:w="10426" w:type="dxa"/>
            <w:shd w:val="clear" w:color="auto" w:fill="D9EAF7"/>
            <w:vAlign w:val="center"/>
          </w:tcPr>
          <w:p w14:paraId="72CE6742" w14:textId="0175E488" w:rsidR="00134AB8" w:rsidRPr="001D4A32" w:rsidRDefault="00000000">
            <w:r w:rsidRPr="001D4A32">
              <w:br w:type="page"/>
            </w:r>
            <w:r w:rsidRPr="001D4A32">
              <w:rPr>
                <w:b/>
                <w:sz w:val="21"/>
              </w:rPr>
              <w:t>3. ACUERDO ACADÉMICO</w:t>
            </w:r>
          </w:p>
        </w:tc>
      </w:tr>
    </w:tbl>
    <w:p w14:paraId="334E77D0" w14:textId="77777777" w:rsidR="00134AB8" w:rsidRPr="001D4A32" w:rsidRDefault="00134AB8">
      <w:pPr>
        <w:spacing w:after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8"/>
        <w:gridCol w:w="5208"/>
      </w:tblGrid>
      <w:tr w:rsidR="00134AB8" w:rsidRPr="001D4A32" w14:paraId="35A30B95" w14:textId="77777777" w:rsidTr="00067915">
        <w:trPr>
          <w:trHeight w:val="397"/>
          <w:jc w:val="center"/>
        </w:trPr>
        <w:tc>
          <w:tcPr>
            <w:tcW w:w="5208" w:type="dxa"/>
            <w:shd w:val="clear" w:color="auto" w:fill="F2F2F2"/>
            <w:vAlign w:val="center"/>
          </w:tcPr>
          <w:p w14:paraId="6F1F8774" w14:textId="77777777" w:rsidR="00134AB8" w:rsidRPr="001D4A32" w:rsidRDefault="00000000" w:rsidP="00DE2CC7">
            <w:pPr>
              <w:spacing w:after="0"/>
            </w:pPr>
            <w:r w:rsidRPr="001D4A32">
              <w:rPr>
                <w:b/>
                <w:sz w:val="18"/>
              </w:rPr>
              <w:t>IES anfitriona</w:t>
            </w:r>
          </w:p>
        </w:tc>
        <w:tc>
          <w:tcPr>
            <w:tcW w:w="5208" w:type="dxa"/>
            <w:vAlign w:val="center"/>
          </w:tcPr>
          <w:p w14:paraId="279C6387" w14:textId="18643C2C" w:rsidR="00134AB8" w:rsidRPr="001D4A32" w:rsidRDefault="005C1838" w:rsidP="00DE2CC7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19B9C635" w14:textId="77777777" w:rsidTr="00067915">
        <w:trPr>
          <w:trHeight w:val="397"/>
          <w:jc w:val="center"/>
        </w:trPr>
        <w:tc>
          <w:tcPr>
            <w:tcW w:w="5208" w:type="dxa"/>
            <w:shd w:val="clear" w:color="auto" w:fill="F2F2F2"/>
            <w:vAlign w:val="center"/>
          </w:tcPr>
          <w:p w14:paraId="4B002F4A" w14:textId="77777777" w:rsidR="00134AB8" w:rsidRPr="001D4A32" w:rsidRDefault="00000000" w:rsidP="00DE2CC7">
            <w:pPr>
              <w:spacing w:after="0"/>
            </w:pPr>
            <w:r w:rsidRPr="001D4A32">
              <w:rPr>
                <w:b/>
                <w:sz w:val="18"/>
              </w:rPr>
              <w:t>Sede</w:t>
            </w:r>
          </w:p>
        </w:tc>
        <w:tc>
          <w:tcPr>
            <w:tcW w:w="5208" w:type="dxa"/>
            <w:vAlign w:val="center"/>
          </w:tcPr>
          <w:p w14:paraId="612313C1" w14:textId="644F786D" w:rsidR="00134AB8" w:rsidRPr="001D4A32" w:rsidRDefault="005C1838" w:rsidP="00DE2CC7">
            <w:pPr>
              <w:spacing w:after="0"/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3A7DD0B3" w14:textId="77777777" w:rsidTr="00067915">
        <w:trPr>
          <w:trHeight w:val="397"/>
          <w:jc w:val="center"/>
        </w:trPr>
        <w:tc>
          <w:tcPr>
            <w:tcW w:w="5208" w:type="dxa"/>
            <w:shd w:val="clear" w:color="auto" w:fill="F2F2F2"/>
            <w:vAlign w:val="center"/>
          </w:tcPr>
          <w:p w14:paraId="06F592BC" w14:textId="77777777" w:rsidR="00134AB8" w:rsidRPr="001D4A32" w:rsidRDefault="00000000" w:rsidP="00DE2CC7">
            <w:pPr>
              <w:spacing w:after="0"/>
            </w:pPr>
            <w:r w:rsidRPr="001D4A32">
              <w:rPr>
                <w:b/>
                <w:sz w:val="18"/>
              </w:rPr>
              <w:t>Las asignaturas que desea cursar son del programa</w:t>
            </w:r>
          </w:p>
        </w:tc>
        <w:tc>
          <w:tcPr>
            <w:tcW w:w="5208" w:type="dxa"/>
            <w:vAlign w:val="center"/>
          </w:tcPr>
          <w:p w14:paraId="160AE19C" w14:textId="66139B7B" w:rsidR="005C1838" w:rsidRPr="005C1838" w:rsidRDefault="005C1838" w:rsidP="00DE2CC7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0914A752" w14:textId="77777777" w:rsidR="005C1838" w:rsidRPr="00DE2CC7" w:rsidRDefault="005C1838">
      <w:pPr>
        <w:rPr>
          <w:b/>
          <w:sz w:val="4"/>
          <w:szCs w:val="6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58"/>
        <w:gridCol w:w="686"/>
        <w:gridCol w:w="3308"/>
        <w:gridCol w:w="1189"/>
        <w:gridCol w:w="15"/>
        <w:gridCol w:w="686"/>
        <w:gridCol w:w="3279"/>
      </w:tblGrid>
      <w:tr w:rsidR="004478E6" w:rsidRPr="001D4A32" w14:paraId="3F8EADA5" w14:textId="52B0A13C" w:rsidTr="00DE2CC7">
        <w:trPr>
          <w:trHeight w:val="300"/>
          <w:tblHeader/>
        </w:trPr>
        <w:tc>
          <w:tcPr>
            <w:tcW w:w="5252" w:type="dxa"/>
            <w:gridSpan w:val="3"/>
            <w:shd w:val="clear" w:color="auto" w:fill="1F497D" w:themeFill="text2"/>
          </w:tcPr>
          <w:p w14:paraId="4E8E2E2F" w14:textId="5BE62B0F" w:rsidR="004478E6" w:rsidRPr="001D4A32" w:rsidRDefault="00C42880" w:rsidP="004478E6">
            <w:pPr>
              <w:jc w:val="center"/>
              <w:rPr>
                <w:b/>
                <w:color w:val="FFFFFF" w:themeColor="background1"/>
                <w:sz w:val="21"/>
              </w:rPr>
            </w:pPr>
            <w:r w:rsidRPr="001D4A32">
              <w:rPr>
                <w:b/>
                <w:color w:val="FFFFFF" w:themeColor="background1"/>
                <w:sz w:val="21"/>
              </w:rPr>
              <w:t>Asignaturas para matricular</w:t>
            </w:r>
            <w:r w:rsidR="004478E6" w:rsidRPr="001D4A32">
              <w:rPr>
                <w:b/>
                <w:color w:val="FFFFFF" w:themeColor="background1"/>
                <w:sz w:val="21"/>
              </w:rPr>
              <w:t xml:space="preserve"> en la IES origen:</w:t>
            </w:r>
          </w:p>
        </w:tc>
        <w:tc>
          <w:tcPr>
            <w:tcW w:w="5169" w:type="dxa"/>
            <w:gridSpan w:val="4"/>
            <w:shd w:val="clear" w:color="auto" w:fill="1F497D" w:themeFill="text2"/>
          </w:tcPr>
          <w:p w14:paraId="5D265875" w14:textId="63084755" w:rsidR="004478E6" w:rsidRPr="001D4A32" w:rsidRDefault="00C42880" w:rsidP="004478E6">
            <w:pPr>
              <w:jc w:val="center"/>
              <w:rPr>
                <w:b/>
                <w:color w:val="FFFFFF" w:themeColor="background1"/>
                <w:sz w:val="21"/>
              </w:rPr>
            </w:pPr>
            <w:r w:rsidRPr="001D4A32">
              <w:rPr>
                <w:b/>
                <w:color w:val="FFFFFF" w:themeColor="background1"/>
                <w:sz w:val="21"/>
              </w:rPr>
              <w:t>Asignaturas para matricular</w:t>
            </w:r>
            <w:r w:rsidR="004478E6" w:rsidRPr="001D4A32">
              <w:rPr>
                <w:b/>
                <w:color w:val="FFFFFF" w:themeColor="background1"/>
                <w:sz w:val="21"/>
              </w:rPr>
              <w:t xml:space="preserve"> en la IES anfitriona:</w:t>
            </w:r>
          </w:p>
        </w:tc>
      </w:tr>
      <w:tr w:rsidR="004478E6" w:rsidRPr="001D4A32" w14:paraId="09D36149" w14:textId="608606AB" w:rsidTr="00DE2CC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  <w:tblHeader/>
        </w:trPr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5E7356BC" w14:textId="75DE3DD0" w:rsidR="004478E6" w:rsidRPr="001D4A32" w:rsidRDefault="004478E6" w:rsidP="004478E6">
            <w:pPr>
              <w:jc w:val="center"/>
              <w:rPr>
                <w:b/>
                <w:color w:val="FFFFFF" w:themeColor="background1"/>
              </w:rPr>
            </w:pPr>
            <w:r w:rsidRPr="001D4A32">
              <w:rPr>
                <w:b/>
                <w:color w:val="FFFFFF" w:themeColor="background1"/>
              </w:rPr>
              <w:t>Código</w:t>
            </w:r>
          </w:p>
        </w:tc>
        <w:tc>
          <w:tcPr>
            <w:tcW w:w="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36C6AC6C" w14:textId="0E404B44" w:rsidR="004478E6" w:rsidRPr="001D4A32" w:rsidRDefault="004478E6" w:rsidP="004478E6">
            <w:pPr>
              <w:jc w:val="center"/>
              <w:rPr>
                <w:b/>
                <w:color w:val="FFFFFF" w:themeColor="background1"/>
              </w:rPr>
            </w:pPr>
            <w:r w:rsidRPr="001D4A32">
              <w:rPr>
                <w:b/>
                <w:color w:val="FFFFFF" w:themeColor="background1"/>
              </w:rPr>
              <w:t>PoV</w:t>
            </w:r>
          </w:p>
        </w:tc>
        <w:tc>
          <w:tcPr>
            <w:tcW w:w="3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7706F694" w14:textId="429D9F15" w:rsidR="004478E6" w:rsidRPr="001D4A32" w:rsidRDefault="004478E6" w:rsidP="004478E6">
            <w:pPr>
              <w:jc w:val="center"/>
              <w:rPr>
                <w:b/>
                <w:color w:val="FFFFFF" w:themeColor="background1"/>
              </w:rPr>
            </w:pPr>
            <w:r w:rsidRPr="001D4A32">
              <w:rPr>
                <w:b/>
                <w:color w:val="FFFFFF" w:themeColor="background1"/>
              </w:rPr>
              <w:t>Nombre asignatura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3625D605" w14:textId="77FF2893" w:rsidR="004478E6" w:rsidRPr="001D4A32" w:rsidRDefault="004478E6" w:rsidP="004478E6">
            <w:pPr>
              <w:jc w:val="center"/>
              <w:rPr>
                <w:b/>
                <w:color w:val="FFFFFF" w:themeColor="background1"/>
              </w:rPr>
            </w:pPr>
            <w:r w:rsidRPr="001D4A32">
              <w:rPr>
                <w:b/>
                <w:color w:val="FFFFFF" w:themeColor="background1"/>
              </w:rPr>
              <w:t>Código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392536D5" w14:textId="12C47AED" w:rsidR="004478E6" w:rsidRPr="001D4A32" w:rsidRDefault="004478E6" w:rsidP="004478E6">
            <w:pPr>
              <w:jc w:val="center"/>
              <w:rPr>
                <w:b/>
                <w:color w:val="FFFFFF" w:themeColor="background1"/>
              </w:rPr>
            </w:pPr>
            <w:r w:rsidRPr="001D4A32">
              <w:rPr>
                <w:b/>
                <w:color w:val="FFFFFF" w:themeColor="background1"/>
              </w:rPr>
              <w:t>PoV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10BAC5C9" w14:textId="16ACA2C1" w:rsidR="004478E6" w:rsidRPr="001D4A32" w:rsidRDefault="004478E6" w:rsidP="004478E6">
            <w:pPr>
              <w:jc w:val="center"/>
              <w:rPr>
                <w:b/>
                <w:color w:val="FFFFFF" w:themeColor="background1"/>
              </w:rPr>
            </w:pPr>
            <w:r w:rsidRPr="001D4A32">
              <w:rPr>
                <w:b/>
                <w:color w:val="FFFFFF" w:themeColor="background1"/>
              </w:rPr>
              <w:t>Nombre asignatura</w:t>
            </w:r>
          </w:p>
        </w:tc>
      </w:tr>
      <w:tr w:rsidR="00C42880" w:rsidRPr="001D4A32" w14:paraId="6457C728" w14:textId="32C6429A" w:rsidTr="0006791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ECAD3" w14:textId="62163ECE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7064" w14:textId="6E07D28E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D6C8" w14:textId="3CF76DBF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488AE" w14:textId="3CF902A8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49B7" w14:textId="05336206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E922" w14:textId="26CB0194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C42880" w:rsidRPr="001D4A32" w14:paraId="4444D107" w14:textId="7F2B69C6" w:rsidTr="0006791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EA7B6" w14:textId="0A744ABE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E86F" w14:textId="3D258CB2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B71B" w14:textId="7B3A15D2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E7BB" w14:textId="37E7B602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A7F04" w14:textId="1F4437A1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C2D2" w14:textId="55085BD7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C42880" w:rsidRPr="001D4A32" w14:paraId="704D4471" w14:textId="77777777" w:rsidTr="0006791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2AE0" w14:textId="2A641B2A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59191" w14:textId="64934CEC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3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E3860" w14:textId="7E640688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8668" w14:textId="4F3E2F6F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FADA" w14:textId="1716DEDA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6A71" w14:textId="3CB81CC0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C42880" w:rsidRPr="001D4A32" w14:paraId="0D798DB4" w14:textId="77777777" w:rsidTr="0006791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25DF" w14:textId="5D72E050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B879" w14:textId="01FAE5C9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D957" w14:textId="5E5B8950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C136" w14:textId="1FAEA4D2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0FF4" w14:textId="63700FFC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ED97" w14:textId="7E33BCD3" w:rsidR="00C42880" w:rsidRPr="001D4A32" w:rsidRDefault="00C42880" w:rsidP="00DE2CC7">
            <w:pPr>
              <w:spacing w:after="0"/>
              <w:rPr>
                <w:b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DE2CC7" w:rsidRPr="001D4A32" w14:paraId="42831D76" w14:textId="77777777" w:rsidTr="0006791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7"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D6500" w14:textId="38FB3209" w:rsidR="00DE2CC7" w:rsidRPr="001B161B" w:rsidRDefault="00DE2CC7" w:rsidP="00DE2CC7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6812" w14:textId="17BB638E" w:rsidR="00DE2CC7" w:rsidRPr="001B161B" w:rsidRDefault="00DE2CC7" w:rsidP="00DE2CC7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67C8" w14:textId="0AE701BA" w:rsidR="00DE2CC7" w:rsidRPr="001B161B" w:rsidRDefault="00DE2CC7" w:rsidP="00DE2CC7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35D6A" w14:textId="5B39E674" w:rsidR="00DE2CC7" w:rsidRPr="001B161B" w:rsidRDefault="00DE2CC7" w:rsidP="00DE2CC7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8BB7" w14:textId="574ADE95" w:rsidR="00DE2CC7" w:rsidRPr="001B161B" w:rsidRDefault="00DE2CC7" w:rsidP="00DE2CC7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CE04" w14:textId="6E49F04A" w:rsidR="00DE2CC7" w:rsidRPr="001B161B" w:rsidRDefault="00DE2CC7" w:rsidP="00DE2CC7">
            <w:pPr>
              <w:spacing w:after="0"/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pP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Pr="001B161B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0AA3885D" w14:textId="7BF11A37" w:rsidR="00C42880" w:rsidRDefault="00DE2CC7">
      <w:pPr>
        <w:rPr>
          <w:b/>
        </w:rPr>
      </w:pPr>
      <w:r w:rsidRPr="001D4A32">
        <w:rPr>
          <w:b/>
        </w:rPr>
        <w:t>Modalidad</w:t>
      </w:r>
      <w:r>
        <w:rPr>
          <w:b/>
        </w:rPr>
        <w:t xml:space="preserve"> (marque con una X en el espacio de color gris </w:t>
      </w:r>
      <w:r w:rsidRPr="001D4A32">
        <w:t>(P) si la asignatura es presencial o (M) si la asignatura es virtual.</w:t>
      </w:r>
      <w:r>
        <w:rPr>
          <w:b/>
        </w:rPr>
        <w:t>)</w:t>
      </w:r>
      <w:r w:rsidRPr="001D4A32">
        <w:rPr>
          <w:b/>
        </w:rPr>
        <w:t xml:space="preserve">: </w:t>
      </w:r>
      <w:r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>
        <w:rPr>
          <w:rFonts w:ascii="Tahoma" w:eastAsia="Times New Roman" w:hAnsi="Tahoma" w:cs="Tahoma"/>
          <w:sz w:val="20"/>
          <w:szCs w:val="20"/>
          <w:lang w:eastAsia="es-ES"/>
        </w:rPr>
      </w:r>
      <w:r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r w:rsidRPr="001D4A32">
        <w:t xml:space="preserve">P = Presencial     </w:t>
      </w:r>
      <w:r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>
        <w:rPr>
          <w:rFonts w:ascii="Tahoma" w:eastAsia="Times New Roman" w:hAnsi="Tahoma" w:cs="Tahoma"/>
          <w:sz w:val="20"/>
          <w:szCs w:val="20"/>
          <w:lang w:eastAsia="es-ES"/>
        </w:rPr>
      </w:r>
      <w:r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Pr="001D4A32">
        <w:t xml:space="preserve"> M = Virtual</w:t>
      </w:r>
    </w:p>
    <w:p w14:paraId="4C1DD2F4" w14:textId="50F2B8AC" w:rsidR="00134AB8" w:rsidRPr="001D4A32" w:rsidRDefault="00000000">
      <w:r w:rsidRPr="001D4A32">
        <w:rPr>
          <w:b/>
        </w:rPr>
        <w:t>LA IES DE ORIGEN ENCUENTRA QUE EL ESTUDIANTE NO HA TENIDO NI TIENE PROCESOS DISCIPLINARIOS EN SU HOJA DE VIDA AL MOMENTO DE REALIZAR LA SOLICITUD.</w:t>
      </w:r>
    </w:p>
    <w:tbl>
      <w:tblPr>
        <w:tblW w:w="10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6388"/>
      </w:tblGrid>
      <w:tr w:rsidR="00134AB8" w:rsidRPr="001D4A32" w14:paraId="4CC35AE4" w14:textId="77777777" w:rsidTr="00DE2CC7">
        <w:trPr>
          <w:trHeight w:val="325"/>
          <w:jc w:val="center"/>
        </w:trPr>
        <w:tc>
          <w:tcPr>
            <w:tcW w:w="4162" w:type="dxa"/>
            <w:shd w:val="clear" w:color="auto" w:fill="F2F2F2"/>
            <w:vAlign w:val="center"/>
          </w:tcPr>
          <w:p w14:paraId="2F32BDC6" w14:textId="77777777" w:rsidR="00134AB8" w:rsidRPr="001D4A32" w:rsidRDefault="00000000" w:rsidP="00DE2CC7">
            <w:pPr>
              <w:spacing w:after="0"/>
            </w:pPr>
            <w:r w:rsidRPr="001D4A32">
              <w:rPr>
                <w:b/>
                <w:sz w:val="18"/>
              </w:rPr>
              <w:t>Coordinador de Estudios – IES de Origen</w:t>
            </w:r>
          </w:p>
        </w:tc>
        <w:tc>
          <w:tcPr>
            <w:tcW w:w="6388" w:type="dxa"/>
            <w:vAlign w:val="center"/>
          </w:tcPr>
          <w:p w14:paraId="48A71452" w14:textId="3FCE3927" w:rsidR="00134AB8" w:rsidRPr="001D4A32" w:rsidRDefault="00000000" w:rsidP="00DE2CC7">
            <w:pPr>
              <w:spacing w:after="0"/>
            </w:pPr>
            <w:r w:rsidRPr="001D4A32">
              <w:rPr>
                <w:sz w:val="18"/>
              </w:rPr>
              <w:t xml:space="preserve">Nombre: </w:t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43F9C759" w14:textId="77777777" w:rsidTr="00DE2CC7">
        <w:trPr>
          <w:trHeight w:val="890"/>
          <w:jc w:val="center"/>
        </w:trPr>
        <w:tc>
          <w:tcPr>
            <w:tcW w:w="4162" w:type="dxa"/>
            <w:shd w:val="clear" w:color="auto" w:fill="F2F2F2"/>
            <w:vAlign w:val="center"/>
          </w:tcPr>
          <w:p w14:paraId="7D82B324" w14:textId="77777777" w:rsidR="00134AB8" w:rsidRPr="001D4A32" w:rsidRDefault="00134AB8" w:rsidP="00DE2CC7">
            <w:pPr>
              <w:spacing w:after="0"/>
            </w:pPr>
          </w:p>
        </w:tc>
        <w:tc>
          <w:tcPr>
            <w:tcW w:w="6388" w:type="dxa"/>
            <w:vAlign w:val="center"/>
          </w:tcPr>
          <w:p w14:paraId="1A1F75E0" w14:textId="6310C02A" w:rsidR="00134AB8" w:rsidRPr="001D4A32" w:rsidRDefault="00000000" w:rsidP="00DE2CC7">
            <w:pPr>
              <w:spacing w:after="0"/>
            </w:pPr>
            <w:r w:rsidRPr="001D4A32">
              <w:rPr>
                <w:sz w:val="18"/>
              </w:rPr>
              <w:t xml:space="preserve">Firma: </w:t>
            </w:r>
            <w:sdt>
              <w:sdtPr>
                <w:rPr>
                  <w:sz w:val="18"/>
                </w:rPr>
                <w:id w:val="1460451107"/>
                <w:showingPlcHdr/>
                <w:picture/>
              </w:sdtPr>
              <w:sdtContent>
                <w:r w:rsidR="00DE2CC7">
                  <w:rPr>
                    <w:noProof/>
                    <w:sz w:val="18"/>
                  </w:rPr>
                  <w:drawing>
                    <wp:inline distT="0" distB="0" distL="0" distR="0" wp14:anchorId="25A602B9" wp14:editId="6C6C9534">
                      <wp:extent cx="1905000" cy="304800"/>
                      <wp:effectExtent l="0" t="0" r="0" b="0"/>
                      <wp:docPr id="7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134AB8" w:rsidRPr="001D4A32" w14:paraId="5944ACE9" w14:textId="77777777" w:rsidTr="00DE2CC7">
        <w:trPr>
          <w:trHeight w:val="325"/>
          <w:jc w:val="center"/>
        </w:trPr>
        <w:tc>
          <w:tcPr>
            <w:tcW w:w="4162" w:type="dxa"/>
            <w:shd w:val="clear" w:color="auto" w:fill="F2F2F2"/>
            <w:vAlign w:val="center"/>
          </w:tcPr>
          <w:p w14:paraId="60618B47" w14:textId="77777777" w:rsidR="00134AB8" w:rsidRPr="001D4A32" w:rsidRDefault="00000000" w:rsidP="00DE2CC7">
            <w:pPr>
              <w:spacing w:after="0"/>
            </w:pPr>
            <w:r w:rsidRPr="001D4A32">
              <w:rPr>
                <w:b/>
                <w:sz w:val="18"/>
              </w:rPr>
              <w:t>Coordinador de Estudios – IES Anfitriona</w:t>
            </w:r>
          </w:p>
        </w:tc>
        <w:tc>
          <w:tcPr>
            <w:tcW w:w="6388" w:type="dxa"/>
            <w:vAlign w:val="center"/>
          </w:tcPr>
          <w:p w14:paraId="19291CDB" w14:textId="5CB430D7" w:rsidR="00134AB8" w:rsidRPr="001D4A32" w:rsidRDefault="00000000" w:rsidP="00DE2CC7">
            <w:pPr>
              <w:spacing w:after="0"/>
            </w:pPr>
            <w:r w:rsidRPr="001D4A32">
              <w:rPr>
                <w:sz w:val="18"/>
              </w:rPr>
              <w:t xml:space="preserve">Nombre: </w:t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5C1838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5FD97D9F" w14:textId="77777777" w:rsidTr="00DE2CC7">
        <w:trPr>
          <w:trHeight w:val="669"/>
          <w:jc w:val="center"/>
        </w:trPr>
        <w:tc>
          <w:tcPr>
            <w:tcW w:w="4162" w:type="dxa"/>
            <w:shd w:val="clear" w:color="auto" w:fill="F2F2F2"/>
            <w:vAlign w:val="center"/>
          </w:tcPr>
          <w:p w14:paraId="3AAA5F0E" w14:textId="77777777" w:rsidR="00134AB8" w:rsidRPr="001D4A32" w:rsidRDefault="00134AB8" w:rsidP="00DE2CC7">
            <w:pPr>
              <w:spacing w:after="0"/>
            </w:pPr>
          </w:p>
        </w:tc>
        <w:tc>
          <w:tcPr>
            <w:tcW w:w="6388" w:type="dxa"/>
            <w:vAlign w:val="center"/>
          </w:tcPr>
          <w:p w14:paraId="350D71F4" w14:textId="18729F53" w:rsidR="00134AB8" w:rsidRPr="001D4A32" w:rsidRDefault="00000000" w:rsidP="00DE2CC7">
            <w:pPr>
              <w:spacing w:after="0"/>
            </w:pPr>
            <w:r w:rsidRPr="001D4A32">
              <w:rPr>
                <w:sz w:val="18"/>
              </w:rPr>
              <w:t>Firma:</w:t>
            </w:r>
            <w:r w:rsidR="00DE2CC7">
              <w:rPr>
                <w:sz w:val="18"/>
              </w:rPr>
              <w:t xml:space="preserve"> </w:t>
            </w:r>
            <w:sdt>
              <w:sdtPr>
                <w:rPr>
                  <w:sz w:val="18"/>
                </w:rPr>
                <w:id w:val="434484097"/>
                <w:showingPlcHdr/>
                <w:picture/>
              </w:sdtPr>
              <w:sdtContent>
                <w:r w:rsidR="00DE2CC7">
                  <w:rPr>
                    <w:noProof/>
                    <w:sz w:val="18"/>
                  </w:rPr>
                  <w:drawing>
                    <wp:inline distT="0" distB="0" distL="0" distR="0" wp14:anchorId="61478AE5" wp14:editId="430A230F">
                      <wp:extent cx="1905000" cy="361950"/>
                      <wp:effectExtent l="0" t="0" r="0" b="0"/>
                      <wp:docPr id="9" name="Picture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679759A1" w14:textId="77777777" w:rsidR="00134AB8" w:rsidRDefault="00134AB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5C1838" w:rsidRPr="001D4A32" w14:paraId="7E89BFB8" w14:textId="77777777" w:rsidTr="005555A6">
        <w:trPr>
          <w:jc w:val="center"/>
        </w:trPr>
        <w:tc>
          <w:tcPr>
            <w:tcW w:w="10535" w:type="dxa"/>
            <w:shd w:val="clear" w:color="auto" w:fill="D9EAF7"/>
            <w:vAlign w:val="center"/>
          </w:tcPr>
          <w:p w14:paraId="6A2A9457" w14:textId="77777777" w:rsidR="005C1838" w:rsidRPr="001D4A32" w:rsidRDefault="005C1838" w:rsidP="005555A6">
            <w:r w:rsidRPr="001D4A32">
              <w:rPr>
                <w:b/>
                <w:sz w:val="21"/>
              </w:rPr>
              <w:lastRenderedPageBreak/>
              <w:t>4. REQUISITOS</w:t>
            </w:r>
          </w:p>
        </w:tc>
      </w:tr>
    </w:tbl>
    <w:p w14:paraId="53053361" w14:textId="77777777" w:rsidR="005C1838" w:rsidRPr="001D4A32" w:rsidRDefault="005C1838">
      <w:pPr>
        <w:spacing w:after="0"/>
      </w:pPr>
    </w:p>
    <w:p w14:paraId="34565360" w14:textId="77777777" w:rsidR="00134AB8" w:rsidRPr="001D4A32" w:rsidRDefault="00000000">
      <w:pPr>
        <w:spacing w:after="40"/>
      </w:pPr>
      <w:r w:rsidRPr="001D4A32">
        <w:t>• Estar matriculado en un programa de pregrado en una de las IES participantes y ser estudiante activo.</w:t>
      </w:r>
    </w:p>
    <w:p w14:paraId="6EC96B34" w14:textId="77777777" w:rsidR="00134AB8" w:rsidRPr="001D4A32" w:rsidRDefault="00000000">
      <w:pPr>
        <w:spacing w:after="40"/>
      </w:pPr>
      <w:r w:rsidRPr="001D4A32">
        <w:t>• Haber superado exitosamente el primer año de estudios al momento de hacer la solicitud y no estar bajo sanción disciplinaria.</w:t>
      </w:r>
    </w:p>
    <w:p w14:paraId="73CCD1A4" w14:textId="42E8EFBB" w:rsidR="00C42880" w:rsidRPr="001D4A32" w:rsidRDefault="00000000" w:rsidP="00C42880">
      <w:pPr>
        <w:spacing w:after="40"/>
      </w:pPr>
      <w:r w:rsidRPr="001D4A32">
        <w:t>• Tener un promedio acumulado de 3.5 o superior.</w:t>
      </w:r>
    </w:p>
    <w:p w14:paraId="0C9C4FC7" w14:textId="77777777" w:rsidR="00134AB8" w:rsidRPr="001D4A32" w:rsidRDefault="00000000">
      <w:pPr>
        <w:spacing w:after="40"/>
      </w:pPr>
      <w:r w:rsidRPr="001D4A32">
        <w:t>• Pagar los derechos de matrícula en la IES de origen.</w:t>
      </w:r>
    </w:p>
    <w:p w14:paraId="63AD3A31" w14:textId="77777777" w:rsidR="00134AB8" w:rsidRDefault="00000000">
      <w:pPr>
        <w:spacing w:after="40"/>
      </w:pPr>
      <w:r w:rsidRPr="001D4A32">
        <w:t>• Asumir los costos de desplazamiento y sostenimiento durante su estancia en la IES anfitriona.</w:t>
      </w:r>
    </w:p>
    <w:p w14:paraId="681D494E" w14:textId="77777777" w:rsidR="006A673F" w:rsidRPr="001D4A32" w:rsidRDefault="006A673F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26"/>
      </w:tblGrid>
      <w:tr w:rsidR="00134AB8" w:rsidRPr="001D4A32" w14:paraId="5EF46C78" w14:textId="77777777">
        <w:tc>
          <w:tcPr>
            <w:tcW w:w="10426" w:type="dxa"/>
            <w:shd w:val="clear" w:color="auto" w:fill="E2F0D9"/>
            <w:vAlign w:val="center"/>
          </w:tcPr>
          <w:p w14:paraId="079E4CC9" w14:textId="77777777" w:rsidR="00134AB8" w:rsidRPr="001D4A32" w:rsidRDefault="00000000">
            <w:r w:rsidRPr="001D4A32">
              <w:rPr>
                <w:b/>
                <w:sz w:val="22"/>
              </w:rPr>
              <w:t>⚠ REQUISITO DE MATRÍCULA – MUY IMPORTANTE</w:t>
            </w:r>
          </w:p>
        </w:tc>
      </w:tr>
    </w:tbl>
    <w:p w14:paraId="61F2334C" w14:textId="182941DA" w:rsidR="00134AB8" w:rsidRPr="005C1838" w:rsidRDefault="005C1838" w:rsidP="005C1838">
      <w:pPr>
        <w:jc w:val="both"/>
        <w:rPr>
          <w:b/>
        </w:rPr>
      </w:pPr>
      <w:r w:rsidRPr="001D4A32">
        <w:rPr>
          <w:b/>
        </w:rPr>
        <w:t>PARA REALIZAR LA MOVILIDAD PALOMA, EL ESTUDIANTE DEBE</w:t>
      </w:r>
      <w:r>
        <w:rPr>
          <w:b/>
        </w:rPr>
        <w:t xml:space="preserve"> REALIZAR LA</w:t>
      </w:r>
      <w:r w:rsidRPr="001D4A32">
        <w:rPr>
          <w:b/>
        </w:rPr>
        <w:t xml:space="preserve"> </w:t>
      </w:r>
      <w:r w:rsidRPr="005C1838">
        <w:rPr>
          <w:b/>
        </w:rPr>
        <w:t>INSCRIPCIÓN DEL O LOS CURSOS, QUE VA A VER EN PALOMA, PAGO DE ARANCELES ACADÉMICOS, ETC.</w:t>
      </w:r>
      <w:r>
        <w:rPr>
          <w:b/>
        </w:rPr>
        <w:t xml:space="preserve"> </w:t>
      </w:r>
      <w:r w:rsidRPr="001D4A32">
        <w:rPr>
          <w:b/>
        </w:rPr>
        <w:t>Y PAGAR LOS DERECHOS DE MATRÍCULA EN LA IES DE ORIGEN.</w:t>
      </w:r>
    </w:p>
    <w:p w14:paraId="23A6E68B" w14:textId="257D8A0F" w:rsidR="00134AB8" w:rsidRPr="005C1838" w:rsidRDefault="005C1838">
      <w:pPr>
        <w:rPr>
          <w:b/>
          <w:bCs/>
        </w:rPr>
      </w:pPr>
      <w:r w:rsidRPr="005C1838">
        <w:rPr>
          <w:b/>
          <w:bCs/>
        </w:rPr>
        <w:t>ESTE REQUISITO DEBE CUMPLIRSE DURANTE EL PROCESO DE MOVILIDAD.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34AB8" w:rsidRPr="001D4A32" w14:paraId="42C0E66B" w14:textId="77777777">
        <w:trPr>
          <w:jc w:val="center"/>
        </w:trPr>
        <w:tc>
          <w:tcPr>
            <w:tcW w:w="10426" w:type="dxa"/>
            <w:shd w:val="clear" w:color="auto" w:fill="D9EAF7"/>
            <w:vAlign w:val="center"/>
          </w:tcPr>
          <w:p w14:paraId="54E7269B" w14:textId="77777777" w:rsidR="00134AB8" w:rsidRPr="001D4A32" w:rsidRDefault="00000000">
            <w:r w:rsidRPr="001D4A32">
              <w:rPr>
                <w:b/>
                <w:sz w:val="21"/>
              </w:rPr>
              <w:t>5. DOCUMENTOS Y ANTECEDENTES</w:t>
            </w:r>
          </w:p>
        </w:tc>
      </w:tr>
    </w:tbl>
    <w:p w14:paraId="7D54761A" w14:textId="77777777" w:rsidR="00134AB8" w:rsidRPr="001D4A32" w:rsidRDefault="00134AB8">
      <w:pPr>
        <w:spacing w:after="0"/>
      </w:pPr>
    </w:p>
    <w:p w14:paraId="2C43BE7B" w14:textId="77777777" w:rsidR="00134AB8" w:rsidRPr="001D4A32" w:rsidRDefault="00000000">
      <w:r w:rsidRPr="001D4A32">
        <w:rPr>
          <w:b/>
        </w:rPr>
        <w:t xml:space="preserve">ANEXAR AL FORMULARIO: </w:t>
      </w:r>
      <w:r w:rsidRPr="001D4A32">
        <w:t>Historial Académico, certificado EPS y fotocopia del documento de identificación.</w:t>
      </w:r>
    </w:p>
    <w:p w14:paraId="3DEF320D" w14:textId="1B2FE0FC" w:rsidR="00134AB8" w:rsidRPr="001D4A32" w:rsidRDefault="00000000">
      <w:r w:rsidRPr="001D4A32">
        <w:rPr>
          <w:b/>
        </w:rPr>
        <w:t xml:space="preserve">¿Ha realizado convenio anteriormente? </w:t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Pr="001D4A32">
        <w:t xml:space="preserve"> NO     </w:t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C42880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Pr="001D4A32">
        <w:t xml:space="preserve"> SÍ     ¿Dónde? 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</w:p>
    <w:p w14:paraId="1C5FED7F" w14:textId="77777777" w:rsidR="00134AB8" w:rsidRPr="001D4A32" w:rsidRDefault="00000000">
      <w:r w:rsidRPr="001D4A32">
        <w:rPr>
          <w:b/>
        </w:rPr>
        <w:t>EL PARTICIPANTE CERTIFICA QUE CONOCE Y CUMPLE LOS REQUISITOS DEL CONVENIO Y QUE SE CIÑE AL REGLAMENTO DE LA IES ANFITRIONA Y SE COMPROMETE A CONFIRMAR SI HARÁ USO O NO DEL INTERCAMBIO.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308"/>
        <w:gridCol w:w="1785"/>
        <w:gridCol w:w="4333"/>
      </w:tblGrid>
      <w:tr w:rsidR="00134AB8" w:rsidRPr="001D4A32" w14:paraId="464BA3E1" w14:textId="77777777" w:rsidTr="004478E6">
        <w:trPr>
          <w:jc w:val="center"/>
        </w:trPr>
        <w:tc>
          <w:tcPr>
            <w:tcW w:w="4419" w:type="dxa"/>
            <w:shd w:val="clear" w:color="auto" w:fill="F2F2F2"/>
            <w:vAlign w:val="center"/>
          </w:tcPr>
          <w:p w14:paraId="2726F3A2" w14:textId="0B2560ED" w:rsidR="00134AB8" w:rsidRPr="001D4A32" w:rsidRDefault="00000000">
            <w:r w:rsidRPr="001D4A32">
              <w:rPr>
                <w:b/>
                <w:sz w:val="18"/>
              </w:rPr>
              <w:t>Firma del participante</w:t>
            </w:r>
            <w:r w:rsidR="00C42880">
              <w:rPr>
                <w:b/>
                <w:sz w:val="18"/>
              </w:rPr>
              <w:t xml:space="preserve"> (Insertar en el espacio)</w:t>
            </w:r>
          </w:p>
        </w:tc>
        <w:sdt>
          <w:sdtPr>
            <w:id w:val="164821304"/>
            <w:showingPlcHdr/>
            <w:picture/>
          </w:sdtPr>
          <w:sdtContent>
            <w:tc>
              <w:tcPr>
                <w:tcW w:w="6223" w:type="dxa"/>
                <w:gridSpan w:val="2"/>
                <w:vAlign w:val="center"/>
              </w:tcPr>
              <w:p w14:paraId="1C5D672B" w14:textId="7FEC1F7E" w:rsidR="00134AB8" w:rsidRPr="001D4A32" w:rsidRDefault="00C42880">
                <w:r>
                  <w:rPr>
                    <w:noProof/>
                  </w:rPr>
                  <w:drawing>
                    <wp:inline distT="0" distB="0" distL="0" distR="0" wp14:anchorId="480F7C53" wp14:editId="24825989">
                      <wp:extent cx="1905000" cy="314325"/>
                      <wp:effectExtent l="0" t="0" r="0" b="9525"/>
                      <wp:docPr id="5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3143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4478E6" w:rsidRPr="001D4A32" w14:paraId="3F313554" w14:textId="77777777" w:rsidTr="004478E6">
        <w:trPr>
          <w:gridAfter w:val="1"/>
          <w:wAfter w:w="4419" w:type="dxa"/>
          <w:jc w:val="center"/>
        </w:trPr>
        <w:tc>
          <w:tcPr>
            <w:tcW w:w="6223" w:type="dxa"/>
            <w:gridSpan w:val="2"/>
            <w:vAlign w:val="center"/>
          </w:tcPr>
          <w:p w14:paraId="1DE93E7B" w14:textId="77777777" w:rsidR="004478E6" w:rsidRDefault="004478E6">
            <w:pPr>
              <w:rPr>
                <w:sz w:val="18"/>
              </w:rPr>
            </w:pPr>
          </w:p>
          <w:p w14:paraId="13F1D2D0" w14:textId="77777777" w:rsidR="00C42880" w:rsidRPr="001D4A32" w:rsidRDefault="00C42880">
            <w:pPr>
              <w:rPr>
                <w:sz w:val="18"/>
              </w:rPr>
            </w:pPr>
          </w:p>
        </w:tc>
      </w:tr>
      <w:tr w:rsidR="00134AB8" w:rsidRPr="001D4A32" w14:paraId="08CF58A4" w14:textId="77777777" w:rsidTr="004478E6">
        <w:trPr>
          <w:jc w:val="center"/>
        </w:trPr>
        <w:tc>
          <w:tcPr>
            <w:tcW w:w="10642" w:type="dxa"/>
            <w:gridSpan w:val="3"/>
            <w:shd w:val="clear" w:color="auto" w:fill="D9EAF7"/>
            <w:vAlign w:val="center"/>
          </w:tcPr>
          <w:p w14:paraId="5EDABE9C" w14:textId="77777777" w:rsidR="00134AB8" w:rsidRPr="001D4A32" w:rsidRDefault="00000000">
            <w:r w:rsidRPr="001D4A32">
              <w:rPr>
                <w:b/>
                <w:sz w:val="21"/>
              </w:rPr>
              <w:t>6. ESPACIO PARA LA COORDINACIÓN DEL CONVENIO</w:t>
            </w:r>
          </w:p>
        </w:tc>
      </w:tr>
    </w:tbl>
    <w:p w14:paraId="1588499F" w14:textId="77777777" w:rsidR="00134AB8" w:rsidRPr="001D4A32" w:rsidRDefault="00134AB8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134AB8" w:rsidRPr="001D4A32" w14:paraId="24AB9377" w14:textId="77777777">
        <w:trPr>
          <w:jc w:val="center"/>
        </w:trPr>
        <w:tc>
          <w:tcPr>
            <w:tcW w:w="5213" w:type="dxa"/>
            <w:shd w:val="clear" w:color="auto" w:fill="F2F2F2"/>
            <w:vAlign w:val="center"/>
          </w:tcPr>
          <w:p w14:paraId="287D1B86" w14:textId="77777777" w:rsidR="00134AB8" w:rsidRPr="001D4A32" w:rsidRDefault="00000000">
            <w:r w:rsidRPr="001D4A32">
              <w:rPr>
                <w:b/>
                <w:sz w:val="18"/>
              </w:rPr>
              <w:t>Aceptada</w:t>
            </w:r>
          </w:p>
        </w:tc>
        <w:tc>
          <w:tcPr>
            <w:tcW w:w="5213" w:type="dxa"/>
            <w:vAlign w:val="center"/>
          </w:tcPr>
          <w:p w14:paraId="6295B773" w14:textId="155BC158" w:rsidR="00134AB8" w:rsidRPr="001D4A32" w:rsidRDefault="00000000">
            <w:r w:rsidRPr="001D4A32">
              <w:rPr>
                <w:sz w:val="18"/>
              </w:rPr>
              <w:t xml:space="preserve"> </w:t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t xml:space="preserve"> </w:t>
            </w:r>
            <w:r w:rsidRPr="001D4A32">
              <w:rPr>
                <w:sz w:val="18"/>
              </w:rPr>
              <w:t xml:space="preserve">SÍ     </w:t>
            </w:r>
            <w:r w:rsidR="00C42880">
              <w:rPr>
                <w:sz w:val="18"/>
              </w:rPr>
              <w:t xml:space="preserve">  </w:t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 w:rsidR="00C42880"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  <w:r w:rsidRPr="001D4A32">
              <w:rPr>
                <w:sz w:val="18"/>
              </w:rPr>
              <w:t xml:space="preserve"> NO</w:t>
            </w:r>
          </w:p>
        </w:tc>
      </w:tr>
      <w:tr w:rsidR="00134AB8" w:rsidRPr="001D4A32" w14:paraId="2E106665" w14:textId="77777777">
        <w:trPr>
          <w:jc w:val="center"/>
        </w:trPr>
        <w:tc>
          <w:tcPr>
            <w:tcW w:w="5213" w:type="dxa"/>
            <w:shd w:val="clear" w:color="auto" w:fill="F2F2F2"/>
            <w:vAlign w:val="center"/>
          </w:tcPr>
          <w:p w14:paraId="65450A27" w14:textId="77777777" w:rsidR="00134AB8" w:rsidRPr="001D4A32" w:rsidRDefault="00000000">
            <w:r w:rsidRPr="001D4A32">
              <w:rPr>
                <w:b/>
                <w:sz w:val="18"/>
              </w:rPr>
              <w:lastRenderedPageBreak/>
              <w:t>Observaciones</w:t>
            </w:r>
          </w:p>
        </w:tc>
        <w:tc>
          <w:tcPr>
            <w:tcW w:w="5213" w:type="dxa"/>
            <w:vAlign w:val="center"/>
          </w:tcPr>
          <w:p w14:paraId="24A376C7" w14:textId="50A6105F" w:rsidR="00134AB8" w:rsidRPr="001D4A32" w:rsidRDefault="005C1838"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34AB8" w:rsidRPr="001D4A32" w14:paraId="753F0D8B" w14:textId="77777777">
        <w:trPr>
          <w:jc w:val="center"/>
        </w:trPr>
        <w:tc>
          <w:tcPr>
            <w:tcW w:w="5213" w:type="dxa"/>
            <w:shd w:val="clear" w:color="auto" w:fill="F2F2F2"/>
            <w:vAlign w:val="center"/>
          </w:tcPr>
          <w:p w14:paraId="4634E9B6" w14:textId="77777777" w:rsidR="00134AB8" w:rsidRPr="001D4A32" w:rsidRDefault="00134AB8"/>
        </w:tc>
        <w:tc>
          <w:tcPr>
            <w:tcW w:w="5213" w:type="dxa"/>
            <w:vAlign w:val="center"/>
          </w:tcPr>
          <w:p w14:paraId="76F6CDB8" w14:textId="6B0884C1" w:rsidR="00134AB8" w:rsidRPr="001D4A32" w:rsidRDefault="00134AB8"/>
        </w:tc>
      </w:tr>
    </w:tbl>
    <w:p w14:paraId="0EF77786" w14:textId="40D9BD53" w:rsidR="00134AB8" w:rsidRPr="001D4A32" w:rsidRDefault="00134AB8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34AB8" w:rsidRPr="001D4A32" w14:paraId="0FF565A8" w14:textId="77777777">
        <w:trPr>
          <w:jc w:val="center"/>
        </w:trPr>
        <w:tc>
          <w:tcPr>
            <w:tcW w:w="10426" w:type="dxa"/>
            <w:shd w:val="clear" w:color="auto" w:fill="D9EAF7"/>
            <w:vAlign w:val="center"/>
          </w:tcPr>
          <w:p w14:paraId="46B1040E" w14:textId="77777777" w:rsidR="00134AB8" w:rsidRPr="001D4A32" w:rsidRDefault="00000000">
            <w:r w:rsidRPr="001D4A32">
              <w:rPr>
                <w:b/>
                <w:sz w:val="21"/>
              </w:rPr>
              <w:t>7. AUTORIZACIÓN PARA EL TRATAMIENTO DE DATOS PERSONALES</w:t>
            </w:r>
          </w:p>
        </w:tc>
      </w:tr>
    </w:tbl>
    <w:p w14:paraId="544985F8" w14:textId="77777777" w:rsidR="00134AB8" w:rsidRPr="001D4A32" w:rsidRDefault="00134AB8">
      <w:pPr>
        <w:spacing w:after="0"/>
      </w:pPr>
    </w:p>
    <w:p w14:paraId="23A54DD1" w14:textId="563AAC63" w:rsidR="00134AB8" w:rsidRPr="001D4A32" w:rsidRDefault="00000000" w:rsidP="005C1838">
      <w:pPr>
        <w:jc w:val="both"/>
      </w:pPr>
      <w:r w:rsidRPr="001D4A32">
        <w:t xml:space="preserve">Yo, 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r w:rsidRPr="001D4A32">
        <w:t xml:space="preserve">con </w:t>
      </w:r>
      <w:r w:rsidR="00C42880">
        <w:t>d</w:t>
      </w:r>
      <w:r w:rsidRPr="001D4A32">
        <w:t xml:space="preserve">ocumento de </w:t>
      </w:r>
      <w:r w:rsidR="00C42880">
        <w:t>i</w:t>
      </w:r>
      <w:r w:rsidRPr="001D4A32">
        <w:t xml:space="preserve">dentidad No. 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r w:rsidRPr="001D4A32">
        <w:t xml:space="preserve">de 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r w:rsidRPr="001D4A32">
        <w:t xml:space="preserve">programa 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r w:rsidRPr="001D4A32">
        <w:t xml:space="preserve"> (Institución de Educación Superior de Origen), de acuerdo a las disposiciones de la Ley 1581 de 2012 y del Decreto reglamentario 1377 de 2013 que desarrollan el derecho de habeas data, manifiesto mi autorización expresa y voluntaria para que mi IES de Origen como la IES Anfitriona puedan realizar el tratamiento y uso de mis datos personales para recolección, almacenamiento, uso, circulación y en general, aquellas finalidades que se encuentran estipuladas en el Programa Local de Movilidad Académica PALOMA y me comprometo 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134AB8" w:rsidRPr="001D4A32" w14:paraId="7F8863E9" w14:textId="77777777">
        <w:trPr>
          <w:jc w:val="center"/>
        </w:trPr>
        <w:tc>
          <w:tcPr>
            <w:tcW w:w="10426" w:type="dxa"/>
            <w:shd w:val="clear" w:color="auto" w:fill="D9EAF7"/>
            <w:vAlign w:val="center"/>
          </w:tcPr>
          <w:p w14:paraId="17A712C9" w14:textId="77777777" w:rsidR="00134AB8" w:rsidRPr="001D4A32" w:rsidRDefault="00000000">
            <w:r w:rsidRPr="001D4A32">
              <w:rPr>
                <w:b/>
                <w:sz w:val="21"/>
              </w:rPr>
              <w:t>8. COMPROMISOS GENERALES</w:t>
            </w:r>
          </w:p>
        </w:tc>
      </w:tr>
    </w:tbl>
    <w:p w14:paraId="2E6DD902" w14:textId="77777777" w:rsidR="00134AB8" w:rsidRPr="001D4A32" w:rsidRDefault="00134AB8">
      <w:pPr>
        <w:spacing w:after="0"/>
      </w:pPr>
    </w:p>
    <w:p w14:paraId="472AE2D7" w14:textId="77777777" w:rsidR="00134AB8" w:rsidRPr="001D4A32" w:rsidRDefault="00000000">
      <w:pPr>
        <w:spacing w:after="40"/>
      </w:pPr>
      <w:r w:rsidRPr="001D4A32">
        <w:rPr>
          <w:b/>
        </w:rPr>
        <w:t xml:space="preserve">a) </w:t>
      </w:r>
      <w:r w:rsidRPr="001D4A32">
        <w:t>Asistir a las reuniones o eventos informativos organizados por las IES de origen y de destino.</w:t>
      </w:r>
    </w:p>
    <w:p w14:paraId="534D2606" w14:textId="77777777" w:rsidR="00134AB8" w:rsidRPr="001D4A32" w:rsidRDefault="00000000">
      <w:pPr>
        <w:spacing w:after="40"/>
      </w:pPr>
      <w:r w:rsidRPr="001D4A32">
        <w:rPr>
          <w:b/>
        </w:rPr>
        <w:t xml:space="preserve">b) </w:t>
      </w:r>
      <w:r w:rsidRPr="001D4A32">
        <w:t>Cumplir y acatar la normatividad vigente en la IES de origen y de destino.</w:t>
      </w:r>
    </w:p>
    <w:p w14:paraId="51B89ECD" w14:textId="77777777" w:rsidR="00134AB8" w:rsidRPr="001D4A32" w:rsidRDefault="00000000">
      <w:pPr>
        <w:spacing w:after="40"/>
      </w:pPr>
      <w:r w:rsidRPr="001D4A32">
        <w:rPr>
          <w:b/>
        </w:rPr>
        <w:t xml:space="preserve">c) </w:t>
      </w:r>
      <w:r w:rsidRPr="001D4A32">
        <w:t>Cumplir con los compromisos académicos adquiridos en la IES de origen y de destino.</w:t>
      </w:r>
    </w:p>
    <w:p w14:paraId="32B10A85" w14:textId="77777777" w:rsidR="00134AB8" w:rsidRPr="001D4A32" w:rsidRDefault="00000000">
      <w:pPr>
        <w:spacing w:after="40"/>
      </w:pPr>
      <w:r w:rsidRPr="001D4A32">
        <w:rPr>
          <w:b/>
        </w:rPr>
        <w:t xml:space="preserve">d) </w:t>
      </w:r>
      <w:r w:rsidRPr="001D4A32">
        <w:t>Comunicar cualquier cambio en el plan de estudios al coordinador del Programa PALOMA en ambas IES dentro de los tiempos establecidos para esto.</w:t>
      </w:r>
    </w:p>
    <w:p w14:paraId="4CED674F" w14:textId="77777777" w:rsidR="00134AB8" w:rsidRPr="001D4A32" w:rsidRDefault="00000000">
      <w:pPr>
        <w:spacing w:after="40"/>
      </w:pPr>
      <w:r w:rsidRPr="001D4A32">
        <w:rPr>
          <w:b/>
        </w:rPr>
        <w:t xml:space="preserve">e) </w:t>
      </w:r>
      <w:r w:rsidRPr="001D4A32">
        <w:t>Informarme sobre los horarios de las asignaturas seleccionadas para intercambio y organizar mi plan de estudios con respecto a esto.</w:t>
      </w:r>
    </w:p>
    <w:p w14:paraId="4AA1171E" w14:textId="77777777" w:rsidR="00134AB8" w:rsidRPr="001D4A32" w:rsidRDefault="00000000">
      <w:pPr>
        <w:spacing w:after="40"/>
      </w:pPr>
      <w:r w:rsidRPr="001D4A32">
        <w:rPr>
          <w:b/>
        </w:rPr>
        <w:t xml:space="preserve">f) </w:t>
      </w:r>
      <w:r w:rsidRPr="001D4A32">
        <w:t>Entregar comprobante de pago de matrícula a la coordinación del programa en la IES de origen y de destino en los tiempos establecidos para esto.</w:t>
      </w:r>
    </w:p>
    <w:p w14:paraId="2100B670" w14:textId="6BED70BA" w:rsidR="00134AB8" w:rsidRPr="001D4A32" w:rsidRDefault="00000000">
      <w:pPr>
        <w:spacing w:after="40"/>
      </w:pPr>
      <w:r w:rsidRPr="001D4A32">
        <w:rPr>
          <w:b/>
        </w:rPr>
        <w:t xml:space="preserve">g) </w:t>
      </w:r>
      <w:r w:rsidRPr="001D4A32">
        <w:t>Incurrir con los gastos extras como carne</w:t>
      </w:r>
      <w:r w:rsidR="00C42880">
        <w:t>t</w:t>
      </w:r>
      <w:r w:rsidRPr="001D4A32">
        <w:t>, seguro estudiantil y otros indicados previamente por la IES de destino.</w:t>
      </w:r>
    </w:p>
    <w:p w14:paraId="3363A6AD" w14:textId="12970D92" w:rsidR="00134AB8" w:rsidRPr="001D4A32" w:rsidRDefault="00000000">
      <w:pPr>
        <w:spacing w:after="40"/>
      </w:pPr>
      <w:r w:rsidRPr="001D4A32">
        <w:rPr>
          <w:b/>
        </w:rPr>
        <w:t xml:space="preserve">h) </w:t>
      </w:r>
      <w:r w:rsidRPr="001D4A32">
        <w:t xml:space="preserve">Cumplir con el periodo del intercambio; </w:t>
      </w:r>
      <w:r w:rsidR="00C42880" w:rsidRPr="001D4A32">
        <w:t>en caso de que</w:t>
      </w:r>
      <w:r w:rsidRPr="001D4A32">
        <w:t xml:space="preserve"> desee continuar por un semestre más, debe presentar nuevamente la aplicación en las fechas establecidas dentro del calendario del programa.</w:t>
      </w:r>
    </w:p>
    <w:p w14:paraId="10FE1956" w14:textId="77777777" w:rsidR="00134AB8" w:rsidRPr="001D4A32" w:rsidRDefault="00000000">
      <w:pPr>
        <w:spacing w:after="40"/>
      </w:pPr>
      <w:r w:rsidRPr="001D4A32">
        <w:rPr>
          <w:b/>
        </w:rPr>
        <w:t xml:space="preserve">i) </w:t>
      </w:r>
      <w:r w:rsidRPr="001D4A32">
        <w:t>Asumir los costos de desplazamiento y sostenimiento que conlleve la movilidad local.</w:t>
      </w:r>
    </w:p>
    <w:p w14:paraId="7F1EAD96" w14:textId="77777777" w:rsidR="00134AB8" w:rsidRPr="001D4A32" w:rsidRDefault="00000000">
      <w:pPr>
        <w:spacing w:after="40"/>
      </w:pPr>
      <w:r w:rsidRPr="001D4A32">
        <w:rPr>
          <w:b/>
        </w:rPr>
        <w:t xml:space="preserve">j) </w:t>
      </w:r>
      <w:r w:rsidRPr="001D4A32">
        <w:t>Demostrar buen comportamiento en el desarrollo de las actividades académicas asignadas.</w:t>
      </w:r>
    </w:p>
    <w:p w14:paraId="56F66048" w14:textId="77777777" w:rsidR="00134AB8" w:rsidRPr="001D4A32" w:rsidRDefault="00000000">
      <w:pPr>
        <w:spacing w:after="40"/>
      </w:pPr>
      <w:r w:rsidRPr="001D4A32">
        <w:rPr>
          <w:b/>
        </w:rPr>
        <w:t xml:space="preserve">k) </w:t>
      </w:r>
      <w:r w:rsidRPr="001D4A32">
        <w:t>Continuar matriculado al programa académico en la IES de origen durante el periodo de movilidad académica.</w:t>
      </w:r>
    </w:p>
    <w:p w14:paraId="44D88FAF" w14:textId="6CDFA453" w:rsidR="00134AB8" w:rsidRPr="001D4A32" w:rsidRDefault="00000000">
      <w:pPr>
        <w:spacing w:after="40"/>
      </w:pPr>
      <w:r w:rsidRPr="001D4A32">
        <w:rPr>
          <w:b/>
        </w:rPr>
        <w:t xml:space="preserve">l) </w:t>
      </w:r>
      <w:r w:rsidRPr="001D4A32">
        <w:t xml:space="preserve">Respetar los reglamentos y legislaciones de la IES anfitriona. Ante cualquier incumplimiento de </w:t>
      </w:r>
      <w:r w:rsidR="00C42880" w:rsidRPr="001D4A32">
        <w:t>estas</w:t>
      </w:r>
      <w:r w:rsidRPr="001D4A32">
        <w:t xml:space="preserve"> exonero de toda responsabilidad a la IES de origen.</w:t>
      </w:r>
    </w:p>
    <w:p w14:paraId="430D0B22" w14:textId="77777777" w:rsidR="00134AB8" w:rsidRPr="001D4A32" w:rsidRDefault="00000000">
      <w:pPr>
        <w:spacing w:after="40"/>
      </w:pPr>
      <w:r w:rsidRPr="001D4A32">
        <w:rPr>
          <w:b/>
        </w:rPr>
        <w:t xml:space="preserve">m) </w:t>
      </w:r>
      <w:r w:rsidRPr="001D4A32">
        <w:t>Realizar la entrega del informe y socialización de la experiencia, conocimientos adquiridos y demás información relevante que tenga impacto en la comunidad académica.</w:t>
      </w:r>
    </w:p>
    <w:p w14:paraId="6670FA08" w14:textId="77777777" w:rsidR="00134AB8" w:rsidRDefault="00000000">
      <w:pPr>
        <w:spacing w:after="40"/>
      </w:pPr>
      <w:r w:rsidRPr="001D4A32">
        <w:rPr>
          <w:b/>
        </w:rPr>
        <w:t xml:space="preserve">n) </w:t>
      </w:r>
      <w:r w:rsidRPr="001D4A32">
        <w:t>Realizar las encuestas de satisfacción solicitadas por el programa.</w:t>
      </w:r>
    </w:p>
    <w:p w14:paraId="3D2F5C2C" w14:textId="77777777" w:rsidR="005C1838" w:rsidRPr="001D4A32" w:rsidRDefault="005C1838">
      <w:pPr>
        <w:spacing w:after="4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26"/>
      </w:tblGrid>
      <w:tr w:rsidR="00134AB8" w:rsidRPr="001D4A32" w14:paraId="6396E871" w14:textId="77777777">
        <w:tc>
          <w:tcPr>
            <w:tcW w:w="10426" w:type="dxa"/>
            <w:shd w:val="clear" w:color="auto" w:fill="FFF2CC"/>
            <w:vAlign w:val="center"/>
          </w:tcPr>
          <w:p w14:paraId="1734E737" w14:textId="77777777" w:rsidR="00134AB8" w:rsidRPr="001D4A32" w:rsidRDefault="00000000">
            <w:r w:rsidRPr="001D4A32">
              <w:rPr>
                <w:b/>
                <w:sz w:val="18"/>
              </w:rPr>
              <w:lastRenderedPageBreak/>
              <w:t>RECORDATORIO DE MATRÍCULA: EL ESTUDIANTE DEBE ENTREGAR EL COMPROBANTE DE PAGO DE MATRÍCULA EN LOS TIEMPOS ESTABLECIDOS Y CONTINUAR MATRICULADO EN SU PROGRAMA DE LA IES DE ORIGEN DURANTE EL PERIODO DE MOVILIDAD.</w:t>
            </w:r>
          </w:p>
        </w:tc>
      </w:tr>
    </w:tbl>
    <w:p w14:paraId="2F60317C" w14:textId="77777777" w:rsidR="00134AB8" w:rsidRPr="001D4A32" w:rsidRDefault="00134AB8"/>
    <w:p w14:paraId="1857343F" w14:textId="003422B1" w:rsidR="00134AB8" w:rsidRPr="001D4A32" w:rsidRDefault="00000000">
      <w:r w:rsidRPr="001D4A32">
        <w:rPr>
          <w:b/>
        </w:rPr>
        <w:t xml:space="preserve">Se firma a los 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r w:rsidRPr="001D4A32">
        <w:rPr>
          <w:b/>
        </w:rPr>
        <w:t xml:space="preserve">del mes de 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  <w:r w:rsidRPr="001D4A32">
        <w:rPr>
          <w:b/>
        </w:rPr>
        <w:t>de 202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instrText xml:space="preserve"> FORMTEXT </w:instrTex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separate"/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noProof/>
          <w:sz w:val="20"/>
          <w:szCs w:val="20"/>
          <w:lang w:eastAsia="es-ES"/>
        </w:rPr>
        <w:t> </w:t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fldChar w:fldCharType="end"/>
      </w:r>
      <w:r w:rsidR="005C1838">
        <w:rPr>
          <w:rFonts w:ascii="Tahoma" w:eastAsia="Times New Roman" w:hAnsi="Tahoma" w:cs="Tahoma"/>
          <w:sz w:val="20"/>
          <w:szCs w:val="20"/>
          <w:lang w:eastAsia="es-ES"/>
        </w:rPr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134AB8" w:rsidRPr="001D4A32" w14:paraId="265BCA5A" w14:textId="77777777">
        <w:trPr>
          <w:jc w:val="center"/>
        </w:trPr>
        <w:tc>
          <w:tcPr>
            <w:tcW w:w="5213" w:type="dxa"/>
            <w:shd w:val="clear" w:color="auto" w:fill="F2F2F2"/>
            <w:vAlign w:val="center"/>
          </w:tcPr>
          <w:p w14:paraId="647C1253" w14:textId="1E48852B" w:rsidR="00134AB8" w:rsidRPr="001D4A32" w:rsidRDefault="00000000">
            <w:r w:rsidRPr="001D4A32">
              <w:rPr>
                <w:b/>
                <w:sz w:val="18"/>
              </w:rPr>
              <w:t>Firma</w:t>
            </w:r>
            <w:r w:rsidR="00B513B5">
              <w:rPr>
                <w:b/>
                <w:sz w:val="18"/>
              </w:rPr>
              <w:t xml:space="preserve"> del solicitante</w:t>
            </w:r>
          </w:p>
        </w:tc>
        <w:sdt>
          <w:sdtPr>
            <w:id w:val="-1585442219"/>
            <w:showingPlcHdr/>
            <w:picture/>
          </w:sdtPr>
          <w:sdtContent>
            <w:tc>
              <w:tcPr>
                <w:tcW w:w="5213" w:type="dxa"/>
                <w:vAlign w:val="center"/>
              </w:tcPr>
              <w:p w14:paraId="06D7F843" w14:textId="0BBC823D" w:rsidR="00134AB8" w:rsidRPr="001D4A32" w:rsidRDefault="00C42880">
                <w:r>
                  <w:rPr>
                    <w:noProof/>
                  </w:rPr>
                  <w:drawing>
                    <wp:inline distT="0" distB="0" distL="0" distR="0" wp14:anchorId="36C682F8" wp14:editId="08DB52D4">
                      <wp:extent cx="1905000" cy="381000"/>
                      <wp:effectExtent l="0" t="0" r="0" b="0"/>
                      <wp:docPr id="6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5000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134AB8" w:rsidRPr="001D4A32" w14:paraId="63AAC1A8" w14:textId="77777777">
        <w:trPr>
          <w:jc w:val="center"/>
        </w:trPr>
        <w:tc>
          <w:tcPr>
            <w:tcW w:w="5213" w:type="dxa"/>
            <w:shd w:val="clear" w:color="auto" w:fill="F2F2F2"/>
            <w:vAlign w:val="center"/>
          </w:tcPr>
          <w:p w14:paraId="2A6EB863" w14:textId="656B9D54" w:rsidR="00134AB8" w:rsidRPr="001D4A32" w:rsidRDefault="005C1838">
            <w:r w:rsidRPr="001D4A32">
              <w:rPr>
                <w:b/>
                <w:sz w:val="18"/>
              </w:rPr>
              <w:t>C.C</w:t>
            </w:r>
          </w:p>
        </w:tc>
        <w:tc>
          <w:tcPr>
            <w:tcW w:w="5213" w:type="dxa"/>
            <w:vAlign w:val="center"/>
          </w:tcPr>
          <w:p w14:paraId="74A471B2" w14:textId="0A90743A" w:rsidR="00134AB8" w:rsidRPr="001D4A32" w:rsidRDefault="005C1838"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28D43DF2" w14:textId="77777777" w:rsidR="00A654C7" w:rsidRDefault="00A654C7"/>
    <w:sectPr w:rsidR="00A654C7" w:rsidSect="005C1838">
      <w:headerReference w:type="default" r:id="rId9"/>
      <w:footerReference w:type="default" r:id="rId10"/>
      <w:pgSz w:w="12240" w:h="15840"/>
      <w:pgMar w:top="851" w:right="907" w:bottom="851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9F177" w14:textId="77777777" w:rsidR="009B1CD9" w:rsidRPr="001D4A32" w:rsidRDefault="009B1CD9">
      <w:pPr>
        <w:spacing w:after="0" w:line="240" w:lineRule="auto"/>
      </w:pPr>
      <w:r w:rsidRPr="001D4A32">
        <w:separator/>
      </w:r>
    </w:p>
  </w:endnote>
  <w:endnote w:type="continuationSeparator" w:id="0">
    <w:p w14:paraId="7BCFAE87" w14:textId="77777777" w:rsidR="009B1CD9" w:rsidRPr="001D4A32" w:rsidRDefault="009B1CD9">
      <w:pPr>
        <w:spacing w:after="0" w:line="240" w:lineRule="auto"/>
      </w:pPr>
      <w:r w:rsidRPr="001D4A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8F207" w14:textId="77777777" w:rsidR="005C1838" w:rsidRDefault="005C1838" w:rsidP="006F0977">
    <w:pPr>
      <w:pStyle w:val="Footer"/>
      <w:jc w:val="center"/>
    </w:pPr>
  </w:p>
  <w:p w14:paraId="43F75970" w14:textId="330E74F0" w:rsidR="00134AB8" w:rsidRPr="001D4A32" w:rsidRDefault="006F0977" w:rsidP="006F0977">
    <w:pPr>
      <w:pStyle w:val="Footer"/>
      <w:jc w:val="center"/>
    </w:pPr>
    <w:r w:rsidRPr="001D4A32">
      <w:rPr>
        <w:noProof/>
        <w:sz w:val="16"/>
      </w:rPr>
      <w:drawing>
        <wp:inline distT="0" distB="0" distL="0" distR="0" wp14:anchorId="2F884617" wp14:editId="09C609CA">
          <wp:extent cx="1096501" cy="1081377"/>
          <wp:effectExtent l="0" t="0" r="8890" b="5080"/>
          <wp:docPr id="94362346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362346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6501" cy="10813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473E9" w14:textId="77777777" w:rsidR="009B1CD9" w:rsidRPr="001D4A32" w:rsidRDefault="009B1CD9">
      <w:pPr>
        <w:spacing w:after="0" w:line="240" w:lineRule="auto"/>
      </w:pPr>
      <w:r w:rsidRPr="001D4A32">
        <w:separator/>
      </w:r>
    </w:p>
  </w:footnote>
  <w:footnote w:type="continuationSeparator" w:id="0">
    <w:p w14:paraId="546294F6" w14:textId="77777777" w:rsidR="009B1CD9" w:rsidRPr="001D4A32" w:rsidRDefault="009B1CD9">
      <w:pPr>
        <w:spacing w:after="0" w:line="240" w:lineRule="auto"/>
      </w:pPr>
      <w:r w:rsidRPr="001D4A3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8F0DE" w14:textId="4E6CFEF0" w:rsidR="006F0977" w:rsidRPr="001D4A32" w:rsidRDefault="006F0977" w:rsidP="006F0977">
    <w:pPr>
      <w:pStyle w:val="Header"/>
      <w:jc w:val="center"/>
    </w:pPr>
    <w:r w:rsidRPr="001D4A32">
      <w:rPr>
        <w:i/>
        <w:noProof/>
        <w:sz w:val="18"/>
      </w:rPr>
      <w:drawing>
        <wp:inline distT="0" distB="0" distL="0" distR="0" wp14:anchorId="64C9B152" wp14:editId="5B686163">
          <wp:extent cx="3547752" cy="826770"/>
          <wp:effectExtent l="0" t="0" r="0" b="0"/>
          <wp:docPr id="136148567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1485676" name=""/>
                  <pic:cNvPicPr/>
                </pic:nvPicPr>
                <pic:blipFill rotWithShape="1">
                  <a:blip r:embed="rId1"/>
                  <a:srcRect t="5446"/>
                  <a:stretch>
                    <a:fillRect/>
                  </a:stretch>
                </pic:blipFill>
                <pic:spPr bwMode="auto">
                  <a:xfrm>
                    <a:off x="0" y="0"/>
                    <a:ext cx="3595475" cy="8378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78F324F" w14:textId="77777777" w:rsidR="006F0977" w:rsidRPr="001D4A32" w:rsidRDefault="006F0977" w:rsidP="006F0977">
    <w:pPr>
      <w:pStyle w:val="Header"/>
      <w:jc w:val="center"/>
    </w:pPr>
  </w:p>
  <w:p w14:paraId="04691CAD" w14:textId="595F6B51" w:rsidR="006F0977" w:rsidRDefault="006F0977" w:rsidP="006F0977">
    <w:pPr>
      <w:pStyle w:val="Header"/>
      <w:jc w:val="center"/>
      <w:rPr>
        <w:b/>
        <w:bCs/>
        <w:color w:val="365F91" w:themeColor="accent1" w:themeShade="BF"/>
      </w:rPr>
    </w:pPr>
    <w:r w:rsidRPr="001D4A32">
      <w:rPr>
        <w:b/>
        <w:bCs/>
        <w:color w:val="365F91" w:themeColor="accent1" w:themeShade="BF"/>
      </w:rPr>
      <w:t xml:space="preserve">FORMATO DE SOLICITUD </w:t>
    </w:r>
    <w:r w:rsidR="00B513B5">
      <w:rPr>
        <w:b/>
        <w:bCs/>
        <w:color w:val="365F91" w:themeColor="accent1" w:themeShade="BF"/>
      </w:rPr>
      <w:t xml:space="preserve">PREGRADO Y POSGRADO </w:t>
    </w:r>
    <w:r w:rsidRPr="001D4A32">
      <w:rPr>
        <w:b/>
        <w:bCs/>
        <w:color w:val="365F91" w:themeColor="accent1" w:themeShade="BF"/>
      </w:rPr>
      <w:t>– VERSIÓN 5</w:t>
    </w:r>
  </w:p>
  <w:p w14:paraId="5A8285B7" w14:textId="77777777" w:rsidR="005C1838" w:rsidRPr="001D4A32" w:rsidRDefault="005C1838" w:rsidP="006F0977">
    <w:pPr>
      <w:pStyle w:val="Header"/>
      <w:jc w:val="center"/>
      <w:rPr>
        <w:b/>
        <w:bCs/>
        <w:color w:val="365F91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8B16917"/>
    <w:multiLevelType w:val="hybridMultilevel"/>
    <w:tmpl w:val="CD8AB3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2365911">
    <w:abstractNumId w:val="8"/>
  </w:num>
  <w:num w:numId="2" w16cid:durableId="317419979">
    <w:abstractNumId w:val="6"/>
  </w:num>
  <w:num w:numId="3" w16cid:durableId="2073313383">
    <w:abstractNumId w:val="5"/>
  </w:num>
  <w:num w:numId="4" w16cid:durableId="1145200394">
    <w:abstractNumId w:val="4"/>
  </w:num>
  <w:num w:numId="5" w16cid:durableId="1843080116">
    <w:abstractNumId w:val="7"/>
  </w:num>
  <w:num w:numId="6" w16cid:durableId="718670063">
    <w:abstractNumId w:val="3"/>
  </w:num>
  <w:num w:numId="7" w16cid:durableId="1305617629">
    <w:abstractNumId w:val="2"/>
  </w:num>
  <w:num w:numId="8" w16cid:durableId="117183161">
    <w:abstractNumId w:val="1"/>
  </w:num>
  <w:num w:numId="9" w16cid:durableId="1405299413">
    <w:abstractNumId w:val="0"/>
  </w:num>
  <w:num w:numId="10" w16cid:durableId="15754346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915"/>
    <w:rsid w:val="000F7906"/>
    <w:rsid w:val="00134AB8"/>
    <w:rsid w:val="0015074B"/>
    <w:rsid w:val="0017321A"/>
    <w:rsid w:val="001D4A32"/>
    <w:rsid w:val="00277F8A"/>
    <w:rsid w:val="0029639D"/>
    <w:rsid w:val="00326F90"/>
    <w:rsid w:val="003D1406"/>
    <w:rsid w:val="003F7FF2"/>
    <w:rsid w:val="004478E6"/>
    <w:rsid w:val="004A485E"/>
    <w:rsid w:val="005153EF"/>
    <w:rsid w:val="005A1026"/>
    <w:rsid w:val="005C1838"/>
    <w:rsid w:val="00622704"/>
    <w:rsid w:val="006A673F"/>
    <w:rsid w:val="006F0977"/>
    <w:rsid w:val="007E3939"/>
    <w:rsid w:val="00893463"/>
    <w:rsid w:val="008B4C43"/>
    <w:rsid w:val="009B1CD9"/>
    <w:rsid w:val="00A115F8"/>
    <w:rsid w:val="00A44733"/>
    <w:rsid w:val="00A654C7"/>
    <w:rsid w:val="00AA1D8D"/>
    <w:rsid w:val="00B47730"/>
    <w:rsid w:val="00B513B5"/>
    <w:rsid w:val="00B56DF7"/>
    <w:rsid w:val="00C42880"/>
    <w:rsid w:val="00CB0664"/>
    <w:rsid w:val="00CB6E83"/>
    <w:rsid w:val="00D11253"/>
    <w:rsid w:val="00D704A4"/>
    <w:rsid w:val="00D817FB"/>
    <w:rsid w:val="00DB7269"/>
    <w:rsid w:val="00DE2CC7"/>
    <w:rsid w:val="00E35FF7"/>
    <w:rsid w:val="00E37A8E"/>
    <w:rsid w:val="00F21612"/>
    <w:rsid w:val="00FC693F"/>
    <w:rsid w:val="00FD63B6"/>
    <w:rsid w:val="00FF7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EDFCC3E"/>
  <w14:defaultImageDpi w14:val="330"/>
  <w15:docId w15:val="{4887F277-D317-4711-9D68-B4C3E8FB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838"/>
    <w:rPr>
      <w:rFonts w:ascii="Arial" w:hAnsi="Arial"/>
      <w:sz w:val="19"/>
      <w:lang w:val="es-C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1732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1130</Words>
  <Characters>6216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 Paulina Valderrama de la Espriella</cp:lastModifiedBy>
  <cp:revision>8</cp:revision>
  <cp:lastPrinted>2026-09-01T01:42:00Z</cp:lastPrinted>
  <dcterms:created xsi:type="dcterms:W3CDTF">2026-08-31T18:47:00Z</dcterms:created>
  <dcterms:modified xsi:type="dcterms:W3CDTF">2026-09-01T02:24:00Z</dcterms:modified>
  <cp:category/>
</cp:coreProperties>
</file>